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5FE4D" w14:textId="77777777" w:rsidR="00256D71" w:rsidRDefault="00256D71" w:rsidP="00256D71">
      <w:pP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</w:t>
      </w:r>
      <w:proofErr w:type="spellStart"/>
      <w:r>
        <w:rPr>
          <w:color w:val="000000"/>
          <w:sz w:val="28"/>
          <w:szCs w:val="28"/>
        </w:rPr>
        <w:t>Чрез</w:t>
      </w:r>
      <w:proofErr w:type="spellEnd"/>
    </w:p>
    <w:p w14:paraId="6279BE31" w14:textId="77777777" w:rsidR="00256D71" w:rsidRDefault="00256D71" w:rsidP="00256D71">
      <w:pP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</w:t>
      </w:r>
      <w:proofErr w:type="spellStart"/>
      <w:r>
        <w:rPr>
          <w:color w:val="000000"/>
          <w:sz w:val="28"/>
          <w:szCs w:val="28"/>
        </w:rPr>
        <w:t>Председателя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Общински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съвет</w:t>
      </w:r>
      <w:proofErr w:type="spellEnd"/>
      <w:r>
        <w:rPr>
          <w:color w:val="000000"/>
          <w:sz w:val="28"/>
          <w:szCs w:val="28"/>
        </w:rPr>
        <w:t xml:space="preserve"> – Русе</w:t>
      </w:r>
    </w:p>
    <w:p w14:paraId="73823F0E" w14:textId="77777777" w:rsidR="00256D71" w:rsidRDefault="00256D71" w:rsidP="00256D71">
      <w:pPr>
        <w:spacing w:after="0"/>
        <w:rPr>
          <w:color w:val="000000"/>
          <w:sz w:val="28"/>
          <w:szCs w:val="28"/>
        </w:rPr>
      </w:pPr>
    </w:p>
    <w:p w14:paraId="66B9F372" w14:textId="77777777" w:rsidR="00256D71" w:rsidRDefault="00256D71" w:rsidP="00256D71">
      <w:pP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</w:t>
      </w:r>
      <w:proofErr w:type="spellStart"/>
      <w:r>
        <w:rPr>
          <w:color w:val="000000"/>
          <w:sz w:val="28"/>
          <w:szCs w:val="28"/>
        </w:rPr>
        <w:t>До</w:t>
      </w:r>
      <w:proofErr w:type="spellEnd"/>
    </w:p>
    <w:p w14:paraId="06BD43E5" w14:textId="77777777" w:rsidR="00256D71" w:rsidRDefault="00256D71" w:rsidP="00256D71">
      <w:pP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г-н Пенчо Милков</w:t>
      </w:r>
    </w:p>
    <w:p w14:paraId="25E255C0" w14:textId="77777777" w:rsidR="00256D71" w:rsidRDefault="00256D71" w:rsidP="00256D71">
      <w:pPr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</w:t>
      </w:r>
      <w:proofErr w:type="spellStart"/>
      <w:r>
        <w:rPr>
          <w:color w:val="000000"/>
          <w:sz w:val="28"/>
          <w:szCs w:val="28"/>
        </w:rPr>
        <w:t>Кмет</w:t>
      </w:r>
      <w:proofErr w:type="spellEnd"/>
      <w:r>
        <w:rPr>
          <w:color w:val="000000"/>
          <w:sz w:val="28"/>
          <w:szCs w:val="28"/>
        </w:rPr>
        <w:t xml:space="preserve"> на Община Русе </w:t>
      </w:r>
    </w:p>
    <w:p w14:paraId="77006B02" w14:textId="77777777" w:rsidR="00256D71" w:rsidRDefault="00256D71" w:rsidP="00256D71">
      <w:pPr>
        <w:rPr>
          <w:color w:val="000000"/>
          <w:sz w:val="28"/>
          <w:szCs w:val="28"/>
        </w:rPr>
      </w:pPr>
    </w:p>
    <w:p w14:paraId="661617C5" w14:textId="77777777" w:rsidR="00256D71" w:rsidRPr="00256D71" w:rsidRDefault="00256D71" w:rsidP="00256D7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 И Т А Н Е</w:t>
      </w:r>
    </w:p>
    <w:p w14:paraId="789ADE11" w14:textId="77777777" w:rsidR="00256D71" w:rsidRDefault="00256D71" w:rsidP="00256D71">
      <w:pPr>
        <w:shd w:val="clear" w:color="auto" w:fill="FFFFFF"/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основание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чл</w:t>
      </w:r>
      <w:proofErr w:type="spellEnd"/>
      <w:r>
        <w:rPr>
          <w:sz w:val="28"/>
          <w:szCs w:val="28"/>
        </w:rPr>
        <w:t xml:space="preserve">. 33, </w:t>
      </w:r>
      <w:proofErr w:type="spellStart"/>
      <w:r>
        <w:rPr>
          <w:sz w:val="28"/>
          <w:szCs w:val="28"/>
        </w:rPr>
        <w:t>ал</w:t>
      </w:r>
      <w:proofErr w:type="spellEnd"/>
      <w:r>
        <w:rPr>
          <w:sz w:val="28"/>
          <w:szCs w:val="28"/>
        </w:rPr>
        <w:t xml:space="preserve">. 1, т. 4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местното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самоуправление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местната</w:t>
      </w:r>
      <w:proofErr w:type="spellEnd"/>
      <w:r>
        <w:rPr>
          <w:sz w:val="28"/>
          <w:szCs w:val="28"/>
        </w:rPr>
        <w:t xml:space="preserve"> администрация и </w:t>
      </w:r>
      <w:proofErr w:type="spellStart"/>
      <w:r>
        <w:rPr>
          <w:sz w:val="28"/>
          <w:szCs w:val="28"/>
        </w:rPr>
        <w:t>чл</w:t>
      </w:r>
      <w:proofErr w:type="spellEnd"/>
      <w:r>
        <w:rPr>
          <w:sz w:val="28"/>
          <w:szCs w:val="28"/>
        </w:rPr>
        <w:t xml:space="preserve">. 103, </w:t>
      </w:r>
      <w:proofErr w:type="spellStart"/>
      <w:r>
        <w:rPr>
          <w:sz w:val="28"/>
          <w:szCs w:val="28"/>
        </w:rPr>
        <w:t>ал</w:t>
      </w:r>
      <w:proofErr w:type="spellEnd"/>
      <w:r>
        <w:rPr>
          <w:sz w:val="28"/>
          <w:szCs w:val="28"/>
        </w:rPr>
        <w:t xml:space="preserve">. 2 </w:t>
      </w:r>
      <w:proofErr w:type="spellStart"/>
      <w:r>
        <w:rPr>
          <w:sz w:val="28"/>
          <w:szCs w:val="28"/>
        </w:rPr>
        <w:t>във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връзка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чл</w:t>
      </w:r>
      <w:proofErr w:type="spellEnd"/>
      <w:r>
        <w:rPr>
          <w:sz w:val="28"/>
          <w:szCs w:val="28"/>
        </w:rPr>
        <w:t xml:space="preserve">. 104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Правилника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организацията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дейността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Общински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съвет</w:t>
      </w:r>
      <w:proofErr w:type="spellEnd"/>
      <w:r>
        <w:rPr>
          <w:sz w:val="28"/>
          <w:szCs w:val="28"/>
        </w:rPr>
        <w:t xml:space="preserve"> - Русе, </w:t>
      </w:r>
      <w:proofErr w:type="spellStart"/>
      <w:r>
        <w:rPr>
          <w:sz w:val="28"/>
          <w:szCs w:val="28"/>
        </w:rPr>
        <w:t>неговите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комисии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взаимодействието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им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общинската</w:t>
      </w:r>
      <w:proofErr w:type="spellEnd"/>
      <w:r>
        <w:rPr>
          <w:sz w:val="28"/>
          <w:szCs w:val="28"/>
        </w:rPr>
        <w:t xml:space="preserve"> администрация.</w:t>
      </w:r>
    </w:p>
    <w:p w14:paraId="68463BE4" w14:textId="77777777" w:rsidR="00256D71" w:rsidRDefault="00256D71" w:rsidP="00256D71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697494A2" w14:textId="77777777" w:rsidR="00256D71" w:rsidRDefault="00256D71" w:rsidP="00256D71">
      <w:pPr>
        <w:spacing w:after="0"/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от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Светлозар</w:t>
      </w:r>
      <w:proofErr w:type="spellEnd"/>
      <w:r>
        <w:rPr>
          <w:color w:val="000000"/>
          <w:sz w:val="28"/>
          <w:szCs w:val="28"/>
        </w:rPr>
        <w:t xml:space="preserve"> Симеонов, </w:t>
      </w:r>
    </w:p>
    <w:p w14:paraId="3876FFE4" w14:textId="77777777" w:rsidR="00256D71" w:rsidRDefault="00256D71" w:rsidP="00256D71">
      <w:pPr>
        <w:spacing w:after="0"/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общински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съветник</w:t>
      </w:r>
      <w:proofErr w:type="spellEnd"/>
      <w:r>
        <w:rPr>
          <w:color w:val="000000"/>
          <w:sz w:val="28"/>
          <w:szCs w:val="28"/>
        </w:rPr>
        <w:t xml:space="preserve"> в </w:t>
      </w:r>
      <w:proofErr w:type="spellStart"/>
      <w:r>
        <w:rPr>
          <w:color w:val="000000"/>
          <w:sz w:val="28"/>
          <w:szCs w:val="28"/>
        </w:rPr>
        <w:t>Общински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съвет</w:t>
      </w:r>
      <w:proofErr w:type="spellEnd"/>
      <w:r>
        <w:rPr>
          <w:color w:val="000000"/>
          <w:sz w:val="28"/>
          <w:szCs w:val="28"/>
        </w:rPr>
        <w:t xml:space="preserve"> – Русе</w:t>
      </w:r>
    </w:p>
    <w:p w14:paraId="48439D07" w14:textId="77777777" w:rsidR="00256D71" w:rsidRDefault="00256D71" w:rsidP="00256D71">
      <w:pPr>
        <w:rPr>
          <w:color w:val="000000"/>
        </w:rPr>
      </w:pPr>
    </w:p>
    <w:p w14:paraId="64EBEF28" w14:textId="77777777" w:rsidR="00C03C5A" w:rsidRPr="00256D71" w:rsidRDefault="00AC4475" w:rsidP="00256D71">
      <w:pPr>
        <w:ind w:firstLine="720"/>
        <w:jc w:val="both"/>
        <w:rPr>
          <w:b/>
          <w:sz w:val="28"/>
          <w:szCs w:val="28"/>
        </w:rPr>
      </w:pPr>
      <w:proofErr w:type="spellStart"/>
      <w:r w:rsidRPr="00256D71">
        <w:rPr>
          <w:b/>
          <w:sz w:val="28"/>
          <w:szCs w:val="28"/>
        </w:rPr>
        <w:t>Относно</w:t>
      </w:r>
      <w:proofErr w:type="spellEnd"/>
      <w:r w:rsidRPr="00256D71">
        <w:rPr>
          <w:b/>
          <w:sz w:val="28"/>
          <w:szCs w:val="28"/>
        </w:rPr>
        <w:t xml:space="preserve">: </w:t>
      </w:r>
      <w:proofErr w:type="spellStart"/>
      <w:r w:rsidRPr="00256D71">
        <w:rPr>
          <w:b/>
          <w:sz w:val="28"/>
          <w:szCs w:val="28"/>
        </w:rPr>
        <w:t>Изграждане</w:t>
      </w:r>
      <w:proofErr w:type="spellEnd"/>
      <w:r w:rsidRPr="00256D71">
        <w:rPr>
          <w:b/>
          <w:sz w:val="28"/>
          <w:szCs w:val="28"/>
        </w:rPr>
        <w:t xml:space="preserve"> </w:t>
      </w:r>
      <w:proofErr w:type="spellStart"/>
      <w:r w:rsidRPr="00256D71">
        <w:rPr>
          <w:b/>
          <w:sz w:val="28"/>
          <w:szCs w:val="28"/>
        </w:rPr>
        <w:t>на</w:t>
      </w:r>
      <w:proofErr w:type="spellEnd"/>
      <w:r w:rsidRPr="00256D71">
        <w:rPr>
          <w:b/>
          <w:sz w:val="28"/>
          <w:szCs w:val="28"/>
        </w:rPr>
        <w:t xml:space="preserve"> </w:t>
      </w:r>
      <w:proofErr w:type="spellStart"/>
      <w:r w:rsidRPr="00256D71">
        <w:rPr>
          <w:b/>
          <w:sz w:val="28"/>
          <w:szCs w:val="28"/>
        </w:rPr>
        <w:t>ново</w:t>
      </w:r>
      <w:proofErr w:type="spellEnd"/>
      <w:r w:rsidRPr="00256D71">
        <w:rPr>
          <w:b/>
          <w:sz w:val="28"/>
          <w:szCs w:val="28"/>
        </w:rPr>
        <w:t xml:space="preserve"> улично осветление и тротоар по ул. „</w:t>
      </w:r>
      <w:proofErr w:type="spellStart"/>
      <w:r w:rsidRPr="00256D71">
        <w:rPr>
          <w:b/>
          <w:sz w:val="28"/>
          <w:szCs w:val="28"/>
        </w:rPr>
        <w:t>Михаил</w:t>
      </w:r>
      <w:proofErr w:type="spellEnd"/>
      <w:r w:rsidRPr="00256D71">
        <w:rPr>
          <w:b/>
          <w:sz w:val="28"/>
          <w:szCs w:val="28"/>
        </w:rPr>
        <w:t xml:space="preserve"> </w:t>
      </w:r>
      <w:proofErr w:type="gramStart"/>
      <w:r w:rsidRPr="00256D71">
        <w:rPr>
          <w:b/>
          <w:sz w:val="28"/>
          <w:szCs w:val="28"/>
        </w:rPr>
        <w:t xml:space="preserve">Хаджикостов“ </w:t>
      </w:r>
      <w:proofErr w:type="spellStart"/>
      <w:r w:rsidR="00904362" w:rsidRPr="00904362">
        <w:rPr>
          <w:b/>
          <w:sz w:val="28"/>
          <w:szCs w:val="28"/>
        </w:rPr>
        <w:t>както</w:t>
      </w:r>
      <w:proofErr w:type="spellEnd"/>
      <w:proofErr w:type="gramEnd"/>
      <w:r w:rsidR="00904362" w:rsidRPr="00904362">
        <w:rPr>
          <w:b/>
          <w:sz w:val="28"/>
          <w:szCs w:val="28"/>
        </w:rPr>
        <w:t xml:space="preserve"> и </w:t>
      </w:r>
      <w:proofErr w:type="spellStart"/>
      <w:r w:rsidR="00904362" w:rsidRPr="00904362">
        <w:rPr>
          <w:b/>
          <w:sz w:val="28"/>
          <w:szCs w:val="28"/>
        </w:rPr>
        <w:t>паркинг</w:t>
      </w:r>
      <w:proofErr w:type="spellEnd"/>
      <w:r w:rsidR="00904362" w:rsidRPr="00904362">
        <w:rPr>
          <w:b/>
          <w:sz w:val="28"/>
          <w:szCs w:val="28"/>
        </w:rPr>
        <w:t xml:space="preserve"> </w:t>
      </w:r>
      <w:proofErr w:type="spellStart"/>
      <w:r w:rsidR="00904362" w:rsidRPr="00904362">
        <w:rPr>
          <w:b/>
          <w:sz w:val="28"/>
          <w:szCs w:val="28"/>
        </w:rPr>
        <w:t>пред</w:t>
      </w:r>
      <w:proofErr w:type="spellEnd"/>
      <w:r w:rsidR="00904362" w:rsidRPr="00904362">
        <w:rPr>
          <w:b/>
          <w:sz w:val="28"/>
          <w:szCs w:val="28"/>
        </w:rPr>
        <w:t xml:space="preserve"> бл.103</w:t>
      </w:r>
      <w:r w:rsidR="00904362">
        <w:rPr>
          <w:b/>
          <w:sz w:val="28"/>
          <w:szCs w:val="28"/>
          <w:lang w:val="bg-BG"/>
        </w:rPr>
        <w:t xml:space="preserve"> </w:t>
      </w:r>
      <w:r w:rsidRPr="00256D71">
        <w:rPr>
          <w:b/>
          <w:sz w:val="28"/>
          <w:szCs w:val="28"/>
        </w:rPr>
        <w:t xml:space="preserve">в </w:t>
      </w:r>
      <w:proofErr w:type="spellStart"/>
      <w:r w:rsidRPr="00256D71">
        <w:rPr>
          <w:b/>
          <w:sz w:val="28"/>
          <w:szCs w:val="28"/>
        </w:rPr>
        <w:t>ж.к</w:t>
      </w:r>
      <w:proofErr w:type="spellEnd"/>
      <w:r w:rsidRPr="00256D71">
        <w:rPr>
          <w:b/>
          <w:sz w:val="28"/>
          <w:szCs w:val="28"/>
        </w:rPr>
        <w:t>. „</w:t>
      </w:r>
      <w:proofErr w:type="gramStart"/>
      <w:r w:rsidRPr="00256D71">
        <w:rPr>
          <w:b/>
          <w:sz w:val="28"/>
          <w:szCs w:val="28"/>
        </w:rPr>
        <w:t>Чародейка“</w:t>
      </w:r>
      <w:proofErr w:type="gramEnd"/>
      <w:r w:rsidRPr="00256D71">
        <w:rPr>
          <w:b/>
          <w:sz w:val="28"/>
          <w:szCs w:val="28"/>
        </w:rPr>
        <w:t>, гр. Русе</w:t>
      </w:r>
    </w:p>
    <w:p w14:paraId="4A42B4A9" w14:textId="77777777" w:rsidR="00C03C5A" w:rsidRDefault="00AC4475" w:rsidP="00256D71">
      <w:pPr>
        <w:spacing w:after="160"/>
        <w:ind w:firstLine="720"/>
      </w:pPr>
      <w:r>
        <w:rPr>
          <w:b/>
        </w:rPr>
        <w:t>УВАЖАЕМИ ГОСПОДИН МИЛКОВ,</w:t>
      </w:r>
    </w:p>
    <w:p w14:paraId="7C199D25" w14:textId="77777777" w:rsidR="00C03C5A" w:rsidRPr="00256D71" w:rsidRDefault="00AC4475" w:rsidP="00256D71">
      <w:pPr>
        <w:spacing w:after="0" w:line="240" w:lineRule="auto"/>
        <w:ind w:firstLine="720"/>
        <w:jc w:val="both"/>
        <w:rPr>
          <w:sz w:val="28"/>
          <w:szCs w:val="28"/>
        </w:rPr>
      </w:pPr>
      <w:proofErr w:type="spellStart"/>
      <w:r w:rsidRPr="00256D71">
        <w:rPr>
          <w:sz w:val="28"/>
          <w:szCs w:val="28"/>
        </w:rPr>
        <w:t>Към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мен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се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обърнаха</w:t>
      </w:r>
      <w:proofErr w:type="spellEnd"/>
      <w:r w:rsidRPr="00256D71">
        <w:rPr>
          <w:sz w:val="28"/>
          <w:szCs w:val="28"/>
        </w:rPr>
        <w:t xml:space="preserve"> жители на ж.к. „</w:t>
      </w:r>
      <w:proofErr w:type="gramStart"/>
      <w:r w:rsidRPr="00256D71">
        <w:rPr>
          <w:sz w:val="28"/>
          <w:szCs w:val="28"/>
        </w:rPr>
        <w:t>Чародейка“</w:t>
      </w:r>
      <w:proofErr w:type="gramEnd"/>
      <w:r w:rsidRPr="00256D71">
        <w:rPr>
          <w:sz w:val="28"/>
          <w:szCs w:val="28"/>
        </w:rPr>
        <w:t>, които са събрали и подписка с искане за изграждане на ново улично осветление и тротоар по ул. „</w:t>
      </w:r>
      <w:proofErr w:type="spellStart"/>
      <w:r w:rsidRPr="00256D71">
        <w:rPr>
          <w:sz w:val="28"/>
          <w:szCs w:val="28"/>
        </w:rPr>
        <w:t>Михаил</w:t>
      </w:r>
      <w:proofErr w:type="spellEnd"/>
      <w:r w:rsidRPr="00256D71">
        <w:rPr>
          <w:sz w:val="28"/>
          <w:szCs w:val="28"/>
        </w:rPr>
        <w:t xml:space="preserve"> </w:t>
      </w:r>
      <w:proofErr w:type="gramStart"/>
      <w:r w:rsidRPr="00256D71">
        <w:rPr>
          <w:sz w:val="28"/>
          <w:szCs w:val="28"/>
        </w:rPr>
        <w:t>Хаджикостов“</w:t>
      </w:r>
      <w:r w:rsidR="009D560B">
        <w:rPr>
          <w:sz w:val="28"/>
          <w:szCs w:val="28"/>
          <w:lang w:val="bg-BG"/>
        </w:rPr>
        <w:t xml:space="preserve"> както</w:t>
      </w:r>
      <w:proofErr w:type="gramEnd"/>
      <w:r w:rsidR="009D560B">
        <w:rPr>
          <w:sz w:val="28"/>
          <w:szCs w:val="28"/>
          <w:lang w:val="bg-BG"/>
        </w:rPr>
        <w:t xml:space="preserve"> и паркинг пред бл.</w:t>
      </w:r>
      <w:r w:rsidR="00904362">
        <w:rPr>
          <w:sz w:val="28"/>
          <w:szCs w:val="28"/>
          <w:lang w:val="bg-BG"/>
        </w:rPr>
        <w:t>103</w:t>
      </w:r>
      <w:r w:rsidRPr="00256D71">
        <w:rPr>
          <w:sz w:val="28"/>
          <w:szCs w:val="28"/>
        </w:rPr>
        <w:t>.</w:t>
      </w:r>
    </w:p>
    <w:p w14:paraId="7DAE87E7" w14:textId="77777777" w:rsidR="00C03C5A" w:rsidRDefault="00AC4475" w:rsidP="00904362">
      <w:pPr>
        <w:spacing w:after="0" w:line="240" w:lineRule="auto"/>
        <w:ind w:firstLine="720"/>
        <w:jc w:val="both"/>
        <w:rPr>
          <w:sz w:val="28"/>
          <w:szCs w:val="28"/>
        </w:rPr>
      </w:pPr>
      <w:proofErr w:type="spellStart"/>
      <w:r w:rsidRPr="00256D71">
        <w:rPr>
          <w:sz w:val="28"/>
          <w:szCs w:val="28"/>
        </w:rPr>
        <w:t>Към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настоящия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момент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по</w:t>
      </w:r>
      <w:proofErr w:type="spellEnd"/>
      <w:r w:rsidRPr="00256D71">
        <w:rPr>
          <w:sz w:val="28"/>
          <w:szCs w:val="28"/>
        </w:rPr>
        <w:t xml:space="preserve"> улицата липсват необходимите стълбове и осветителни тела, както и обособен и </w:t>
      </w:r>
      <w:proofErr w:type="spellStart"/>
      <w:r w:rsidRPr="00256D71">
        <w:rPr>
          <w:sz w:val="28"/>
          <w:szCs w:val="28"/>
        </w:rPr>
        <w:t>безопасен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тротоар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за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движение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на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пешеходците</w:t>
      </w:r>
      <w:proofErr w:type="spellEnd"/>
      <w:r w:rsidRPr="00256D71">
        <w:rPr>
          <w:sz w:val="28"/>
          <w:szCs w:val="28"/>
        </w:rPr>
        <w:t>.</w:t>
      </w:r>
      <w:r w:rsidR="00904362">
        <w:rPr>
          <w:sz w:val="28"/>
          <w:szCs w:val="28"/>
          <w:lang w:val="bg-BG"/>
        </w:rPr>
        <w:t xml:space="preserve"> </w:t>
      </w:r>
      <w:proofErr w:type="spellStart"/>
      <w:r w:rsidRPr="00256D71">
        <w:rPr>
          <w:sz w:val="28"/>
          <w:szCs w:val="28"/>
        </w:rPr>
        <w:t>Липсата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на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осветление</w:t>
      </w:r>
      <w:proofErr w:type="spellEnd"/>
      <w:r w:rsidRPr="00256D71">
        <w:rPr>
          <w:sz w:val="28"/>
          <w:szCs w:val="28"/>
        </w:rPr>
        <w:t xml:space="preserve"> и подходяща пешеходна инфраструктура създава сериозни затруднения и предпоставки за инциденти. В тъмната част на денонощието пешеходците </w:t>
      </w:r>
      <w:proofErr w:type="spellStart"/>
      <w:r w:rsidRPr="00256D71">
        <w:rPr>
          <w:sz w:val="28"/>
          <w:szCs w:val="28"/>
        </w:rPr>
        <w:t>са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принудени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да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се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придвижват</w:t>
      </w:r>
      <w:proofErr w:type="spellEnd"/>
      <w:r w:rsidRPr="00256D71">
        <w:rPr>
          <w:sz w:val="28"/>
          <w:szCs w:val="28"/>
        </w:rPr>
        <w:t xml:space="preserve"> в </w:t>
      </w:r>
      <w:proofErr w:type="spellStart"/>
      <w:r w:rsidRPr="00256D71">
        <w:rPr>
          <w:sz w:val="28"/>
          <w:szCs w:val="28"/>
        </w:rPr>
        <w:t>непосредствена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близост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до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преминаващите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автомобили</w:t>
      </w:r>
      <w:proofErr w:type="spellEnd"/>
      <w:r w:rsidRPr="00256D71">
        <w:rPr>
          <w:sz w:val="28"/>
          <w:szCs w:val="28"/>
        </w:rPr>
        <w:t xml:space="preserve">, </w:t>
      </w:r>
      <w:proofErr w:type="spellStart"/>
      <w:r w:rsidRPr="00256D71">
        <w:rPr>
          <w:sz w:val="28"/>
          <w:szCs w:val="28"/>
        </w:rPr>
        <w:t>при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недостатъчна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видимост</w:t>
      </w:r>
      <w:proofErr w:type="spellEnd"/>
      <w:r w:rsidRPr="00256D71">
        <w:rPr>
          <w:sz w:val="28"/>
          <w:szCs w:val="28"/>
        </w:rPr>
        <w:t xml:space="preserve">. </w:t>
      </w:r>
      <w:proofErr w:type="spellStart"/>
      <w:r w:rsidRPr="00256D71">
        <w:rPr>
          <w:sz w:val="28"/>
          <w:szCs w:val="28"/>
        </w:rPr>
        <w:t>Особено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засегнати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са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децата</w:t>
      </w:r>
      <w:proofErr w:type="spellEnd"/>
      <w:r w:rsidRPr="00256D71">
        <w:rPr>
          <w:sz w:val="28"/>
          <w:szCs w:val="28"/>
        </w:rPr>
        <w:t xml:space="preserve">, </w:t>
      </w:r>
      <w:proofErr w:type="spellStart"/>
      <w:r w:rsidRPr="00256D71">
        <w:rPr>
          <w:sz w:val="28"/>
          <w:szCs w:val="28"/>
        </w:rPr>
        <w:t>възрастните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хора</w:t>
      </w:r>
      <w:proofErr w:type="spellEnd"/>
      <w:r w:rsidRPr="00256D71">
        <w:rPr>
          <w:sz w:val="28"/>
          <w:szCs w:val="28"/>
        </w:rPr>
        <w:t xml:space="preserve"> и </w:t>
      </w:r>
      <w:proofErr w:type="spellStart"/>
      <w:r w:rsidRPr="00256D71">
        <w:rPr>
          <w:sz w:val="28"/>
          <w:szCs w:val="28"/>
        </w:rPr>
        <w:t>гражданите</w:t>
      </w:r>
      <w:proofErr w:type="spellEnd"/>
      <w:r w:rsidRPr="00256D71">
        <w:rPr>
          <w:sz w:val="28"/>
          <w:szCs w:val="28"/>
        </w:rPr>
        <w:t xml:space="preserve"> с </w:t>
      </w:r>
      <w:proofErr w:type="spellStart"/>
      <w:r w:rsidRPr="00256D71">
        <w:rPr>
          <w:sz w:val="28"/>
          <w:szCs w:val="28"/>
        </w:rPr>
        <w:t>ограничена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подвижност</w:t>
      </w:r>
      <w:proofErr w:type="spellEnd"/>
      <w:r w:rsidRPr="00256D71">
        <w:rPr>
          <w:sz w:val="28"/>
          <w:szCs w:val="28"/>
        </w:rPr>
        <w:t>.</w:t>
      </w:r>
    </w:p>
    <w:p w14:paraId="2BA0A5AD" w14:textId="77777777" w:rsidR="00904362" w:rsidRPr="00161975" w:rsidRDefault="00161975" w:rsidP="00904362">
      <w:pPr>
        <w:spacing w:after="0" w:line="240" w:lineRule="auto"/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Друг проблем е при </w:t>
      </w:r>
      <w:r w:rsidR="00904362">
        <w:rPr>
          <w:sz w:val="28"/>
          <w:szCs w:val="28"/>
          <w:lang w:val="bg-BG"/>
        </w:rPr>
        <w:t>живущите в бл.103</w:t>
      </w:r>
      <w:r>
        <w:rPr>
          <w:sz w:val="28"/>
          <w:szCs w:val="28"/>
          <w:lang w:val="bg-BG"/>
        </w:rPr>
        <w:t>,</w:t>
      </w:r>
      <w:r w:rsidR="00904362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 xml:space="preserve">те </w:t>
      </w:r>
      <w:r w:rsidR="00904362">
        <w:rPr>
          <w:sz w:val="28"/>
          <w:szCs w:val="28"/>
          <w:lang w:val="bg-BG"/>
        </w:rPr>
        <w:t>нямат паркинг пред блоковото пространство и се налага да си паркират автомобилите в тревните площи и ул.</w:t>
      </w:r>
      <w:r w:rsidR="00904362" w:rsidRPr="00904362">
        <w:rPr>
          <w:sz w:val="28"/>
          <w:szCs w:val="28"/>
        </w:rPr>
        <w:t xml:space="preserve"> </w:t>
      </w:r>
      <w:r w:rsidR="00904362" w:rsidRPr="00256D71">
        <w:rPr>
          <w:sz w:val="28"/>
          <w:szCs w:val="28"/>
        </w:rPr>
        <w:t>„</w:t>
      </w:r>
      <w:r w:rsidR="00E945A0">
        <w:rPr>
          <w:sz w:val="28"/>
          <w:szCs w:val="28"/>
          <w:lang w:val="bg-BG"/>
        </w:rPr>
        <w:t xml:space="preserve">Ганчо </w:t>
      </w:r>
      <w:proofErr w:type="spellStart"/>
      <w:proofErr w:type="gramStart"/>
      <w:r w:rsidR="00E945A0">
        <w:rPr>
          <w:sz w:val="28"/>
          <w:szCs w:val="28"/>
          <w:lang w:val="bg-BG"/>
        </w:rPr>
        <w:t>Карамаждраков</w:t>
      </w:r>
      <w:proofErr w:type="spellEnd"/>
      <w:r w:rsidR="00904362" w:rsidRPr="00256D71">
        <w:rPr>
          <w:sz w:val="28"/>
          <w:szCs w:val="28"/>
        </w:rPr>
        <w:t>“</w:t>
      </w:r>
      <w:r>
        <w:rPr>
          <w:sz w:val="28"/>
          <w:szCs w:val="28"/>
          <w:lang w:val="bg-BG"/>
        </w:rPr>
        <w:t xml:space="preserve"> като</w:t>
      </w:r>
      <w:proofErr w:type="gramEnd"/>
      <w:r>
        <w:rPr>
          <w:sz w:val="28"/>
          <w:szCs w:val="28"/>
          <w:lang w:val="bg-BG"/>
        </w:rPr>
        <w:t xml:space="preserve"> им се съставят фишове за неправилно паркиране.</w:t>
      </w:r>
    </w:p>
    <w:p w14:paraId="4D00A1F5" w14:textId="77777777" w:rsidR="00C03C5A" w:rsidRPr="00256D71" w:rsidRDefault="00AC4475" w:rsidP="00256D71">
      <w:pPr>
        <w:spacing w:after="0" w:line="240" w:lineRule="auto"/>
        <w:ind w:firstLine="720"/>
        <w:jc w:val="both"/>
        <w:rPr>
          <w:sz w:val="28"/>
          <w:szCs w:val="28"/>
        </w:rPr>
      </w:pPr>
      <w:proofErr w:type="spellStart"/>
      <w:r w:rsidRPr="00256D71">
        <w:rPr>
          <w:sz w:val="28"/>
          <w:szCs w:val="28"/>
        </w:rPr>
        <w:t>Предвид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изложеното</w:t>
      </w:r>
      <w:proofErr w:type="spellEnd"/>
      <w:r w:rsidRPr="00256D71">
        <w:rPr>
          <w:sz w:val="28"/>
          <w:szCs w:val="28"/>
        </w:rPr>
        <w:t xml:space="preserve">, </w:t>
      </w:r>
      <w:proofErr w:type="spellStart"/>
      <w:r w:rsidRPr="00256D71">
        <w:rPr>
          <w:sz w:val="28"/>
          <w:szCs w:val="28"/>
        </w:rPr>
        <w:t>моля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да</w:t>
      </w:r>
      <w:proofErr w:type="spellEnd"/>
      <w:r w:rsidRPr="00256D71">
        <w:rPr>
          <w:sz w:val="28"/>
          <w:szCs w:val="28"/>
        </w:rPr>
        <w:t xml:space="preserve"> бъда информиран:</w:t>
      </w:r>
    </w:p>
    <w:p w14:paraId="2C52121E" w14:textId="77777777" w:rsidR="00C03C5A" w:rsidRPr="00256D71" w:rsidRDefault="00AC4475" w:rsidP="00256D71">
      <w:pPr>
        <w:spacing w:after="0"/>
        <w:ind w:firstLine="720"/>
        <w:jc w:val="both"/>
        <w:rPr>
          <w:sz w:val="28"/>
          <w:szCs w:val="28"/>
        </w:rPr>
      </w:pPr>
      <w:r w:rsidRPr="00256D71">
        <w:rPr>
          <w:sz w:val="28"/>
          <w:szCs w:val="28"/>
        </w:rPr>
        <w:lastRenderedPageBreak/>
        <w:t xml:space="preserve">1. Възможно ли е Община Русе да предприеме действия за изграждане на ново улично осветление по ул. „Михаил </w:t>
      </w:r>
      <w:proofErr w:type="gramStart"/>
      <w:r w:rsidRPr="00256D71">
        <w:rPr>
          <w:sz w:val="28"/>
          <w:szCs w:val="28"/>
        </w:rPr>
        <w:t>Хаджикостов“</w:t>
      </w:r>
      <w:proofErr w:type="gramEnd"/>
      <w:r w:rsidRPr="00256D71">
        <w:rPr>
          <w:sz w:val="28"/>
          <w:szCs w:val="28"/>
        </w:rPr>
        <w:t>, включително необходимите стълбове, осветителни тела и захранваща инфраструктура?</w:t>
      </w:r>
    </w:p>
    <w:p w14:paraId="638DC1C4" w14:textId="77777777" w:rsidR="00C03C5A" w:rsidRPr="00256D71" w:rsidRDefault="00AC4475" w:rsidP="00256D71">
      <w:pPr>
        <w:spacing w:after="0" w:line="240" w:lineRule="auto"/>
        <w:ind w:firstLine="720"/>
        <w:jc w:val="both"/>
        <w:rPr>
          <w:sz w:val="28"/>
          <w:szCs w:val="28"/>
        </w:rPr>
      </w:pPr>
      <w:r w:rsidRPr="00256D71">
        <w:rPr>
          <w:sz w:val="28"/>
          <w:szCs w:val="28"/>
        </w:rPr>
        <w:t>2. Възможно ли е да бъде изграден тротоар по улицата, който да осигури безопасно придвижване на пешеходците?</w:t>
      </w:r>
    </w:p>
    <w:p w14:paraId="504F773C" w14:textId="77777777" w:rsidR="00C03C5A" w:rsidRPr="00256D71" w:rsidRDefault="00AC4475" w:rsidP="00256D71">
      <w:pPr>
        <w:spacing w:after="0" w:line="240" w:lineRule="auto"/>
        <w:ind w:firstLine="720"/>
        <w:jc w:val="both"/>
        <w:rPr>
          <w:sz w:val="28"/>
          <w:szCs w:val="28"/>
        </w:rPr>
      </w:pPr>
      <w:r w:rsidRPr="00256D71">
        <w:rPr>
          <w:sz w:val="28"/>
          <w:szCs w:val="28"/>
        </w:rPr>
        <w:t>3. Извършван ли е технически оглед на улицата и има ли изготвени проекти или технически решения за уличното осветление и тротоара?</w:t>
      </w:r>
    </w:p>
    <w:p w14:paraId="139E1C61" w14:textId="77777777" w:rsidR="00C03C5A" w:rsidRPr="00256D71" w:rsidRDefault="00AC4475" w:rsidP="00256D71">
      <w:pPr>
        <w:spacing w:after="0" w:line="240" w:lineRule="auto"/>
        <w:ind w:firstLine="720"/>
        <w:jc w:val="both"/>
        <w:rPr>
          <w:sz w:val="28"/>
          <w:szCs w:val="28"/>
        </w:rPr>
      </w:pPr>
      <w:r w:rsidRPr="00256D71">
        <w:rPr>
          <w:sz w:val="28"/>
          <w:szCs w:val="28"/>
        </w:rPr>
        <w:t>4. Ако няма изготвени проекти, възможно ли е да бъде възложено проектиране на уличното осветление и тротоара, включително определяне на необходимите строително-монтажни дейности?</w:t>
      </w:r>
    </w:p>
    <w:p w14:paraId="33B37813" w14:textId="77777777" w:rsidR="00C03C5A" w:rsidRPr="00256D71" w:rsidRDefault="00AC4475" w:rsidP="00256D71">
      <w:pPr>
        <w:spacing w:after="0" w:line="240" w:lineRule="auto"/>
        <w:ind w:firstLine="720"/>
        <w:jc w:val="both"/>
        <w:rPr>
          <w:sz w:val="28"/>
          <w:szCs w:val="28"/>
        </w:rPr>
      </w:pPr>
      <w:r w:rsidRPr="00256D71">
        <w:rPr>
          <w:sz w:val="28"/>
          <w:szCs w:val="28"/>
        </w:rPr>
        <w:t>5. Каква е прогнозната стойност за проектирането и изпълнението на двата обекта и могат ли необходимите средства да бъдат предвидени в бюджета на Община Русе?</w:t>
      </w:r>
    </w:p>
    <w:p w14:paraId="07124BA5" w14:textId="77777777" w:rsidR="00C03C5A" w:rsidRDefault="00AC4475" w:rsidP="00256D71">
      <w:pPr>
        <w:spacing w:after="0" w:line="240" w:lineRule="auto"/>
        <w:ind w:firstLine="720"/>
        <w:jc w:val="both"/>
        <w:rPr>
          <w:sz w:val="28"/>
          <w:szCs w:val="28"/>
        </w:rPr>
      </w:pPr>
      <w:r w:rsidRPr="00256D71">
        <w:rPr>
          <w:sz w:val="28"/>
          <w:szCs w:val="28"/>
        </w:rPr>
        <w:t xml:space="preserve">6. В какъв ориентировъчен срок могат да </w:t>
      </w:r>
      <w:proofErr w:type="spellStart"/>
      <w:r w:rsidRPr="00256D71">
        <w:rPr>
          <w:sz w:val="28"/>
          <w:szCs w:val="28"/>
        </w:rPr>
        <w:t>бъдат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предприети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действия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по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проектиране</w:t>
      </w:r>
      <w:proofErr w:type="spellEnd"/>
      <w:r w:rsidRPr="00256D71">
        <w:rPr>
          <w:sz w:val="28"/>
          <w:szCs w:val="28"/>
        </w:rPr>
        <w:t xml:space="preserve"> и </w:t>
      </w:r>
      <w:proofErr w:type="spellStart"/>
      <w:r w:rsidRPr="00256D71">
        <w:rPr>
          <w:sz w:val="28"/>
          <w:szCs w:val="28"/>
        </w:rPr>
        <w:t>последващо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изграждане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на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уличното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осветление</w:t>
      </w:r>
      <w:proofErr w:type="spellEnd"/>
      <w:r w:rsidRPr="00256D71">
        <w:rPr>
          <w:sz w:val="28"/>
          <w:szCs w:val="28"/>
        </w:rPr>
        <w:t xml:space="preserve"> и </w:t>
      </w:r>
      <w:proofErr w:type="spellStart"/>
      <w:r w:rsidRPr="00256D71">
        <w:rPr>
          <w:sz w:val="28"/>
          <w:szCs w:val="28"/>
        </w:rPr>
        <w:t>тротоара</w:t>
      </w:r>
      <w:proofErr w:type="spellEnd"/>
      <w:r w:rsidRPr="00256D71">
        <w:rPr>
          <w:sz w:val="28"/>
          <w:szCs w:val="28"/>
        </w:rPr>
        <w:t>?</w:t>
      </w:r>
    </w:p>
    <w:p w14:paraId="63ECAB24" w14:textId="77777777" w:rsidR="00D129C1" w:rsidRPr="00161975" w:rsidRDefault="00904362" w:rsidP="00161975">
      <w:pPr>
        <w:spacing w:after="0" w:line="240" w:lineRule="auto"/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7.</w:t>
      </w:r>
      <w:r w:rsidRPr="00904362">
        <w:t xml:space="preserve"> </w:t>
      </w:r>
      <w:r w:rsidRPr="00904362">
        <w:rPr>
          <w:sz w:val="28"/>
          <w:szCs w:val="28"/>
          <w:lang w:val="bg-BG"/>
        </w:rPr>
        <w:t>Възможно ли е да бъде изграден паркинг пред</w:t>
      </w:r>
      <w:r>
        <w:rPr>
          <w:sz w:val="28"/>
          <w:szCs w:val="28"/>
          <w:lang w:val="bg-BG"/>
        </w:rPr>
        <w:t xml:space="preserve"> входовете на </w:t>
      </w:r>
      <w:r w:rsidRPr="00904362">
        <w:rPr>
          <w:sz w:val="28"/>
          <w:szCs w:val="28"/>
          <w:lang w:val="bg-BG"/>
        </w:rPr>
        <w:t xml:space="preserve"> бл.103?</w:t>
      </w:r>
    </w:p>
    <w:p w14:paraId="096E78BF" w14:textId="77777777" w:rsidR="00D129C1" w:rsidRDefault="006F72A1" w:rsidP="00D129C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pict w14:anchorId="736345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3pt;height:179.25pt">
            <v:imagedata r:id="rId6" o:title="IMG_20261005_103037"/>
          </v:shape>
        </w:pict>
      </w:r>
    </w:p>
    <w:p w14:paraId="6E1AE3BE" w14:textId="77777777" w:rsidR="00D129C1" w:rsidRDefault="00D129C1" w:rsidP="00D129C1">
      <w:pPr>
        <w:spacing w:after="0" w:line="240" w:lineRule="auto"/>
        <w:jc w:val="both"/>
        <w:rPr>
          <w:sz w:val="28"/>
          <w:szCs w:val="28"/>
        </w:rPr>
      </w:pPr>
    </w:p>
    <w:p w14:paraId="189FDE3F" w14:textId="77777777" w:rsidR="00D129C1" w:rsidRDefault="006F72A1" w:rsidP="00D129C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pict w14:anchorId="427FEC79">
          <v:shape id="_x0000_i1026" type="#_x0000_t75" style="width:483.75pt;height:227.25pt">
            <v:imagedata r:id="rId7" o:title="IMG_20261005_103146"/>
          </v:shape>
        </w:pict>
      </w:r>
    </w:p>
    <w:p w14:paraId="481DD1DB" w14:textId="77777777" w:rsidR="00D129C1" w:rsidRDefault="00D129C1" w:rsidP="00256D71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3B089686" w14:textId="77777777" w:rsidR="00D129C1" w:rsidRDefault="00D129C1" w:rsidP="00256D71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538375F5" w14:textId="77777777" w:rsidR="00D129C1" w:rsidRDefault="006F72A1" w:rsidP="00D129C1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pict w14:anchorId="409FAC68">
          <v:shape id="_x0000_i1027" type="#_x0000_t75" style="width:484.5pt;height:185.25pt">
            <v:imagedata r:id="rId8" o:title="IMG_20261005_103104"/>
          </v:shape>
        </w:pict>
      </w:r>
    </w:p>
    <w:p w14:paraId="75512BB1" w14:textId="77777777" w:rsidR="00256D71" w:rsidRDefault="00256D71" w:rsidP="00D129C1">
      <w:pPr>
        <w:spacing w:after="0"/>
        <w:jc w:val="both"/>
        <w:rPr>
          <w:sz w:val="28"/>
          <w:szCs w:val="28"/>
        </w:rPr>
      </w:pPr>
    </w:p>
    <w:p w14:paraId="46061086" w14:textId="77777777" w:rsidR="00D129C1" w:rsidRDefault="006F72A1" w:rsidP="00D129C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48A5F270">
          <v:shape id="_x0000_i1028" type="#_x0000_t75" style="width:484.5pt;height:234pt">
            <v:imagedata r:id="rId9" o:title="IMG_20261005_102923"/>
          </v:shape>
        </w:pict>
      </w:r>
    </w:p>
    <w:p w14:paraId="71B4BBD2" w14:textId="77777777" w:rsidR="00D129C1" w:rsidRDefault="006F72A1" w:rsidP="00D129C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215298AB">
          <v:shape id="_x0000_i1029" type="#_x0000_t75" style="width:483.75pt;height:217.5pt">
            <v:imagedata r:id="rId10" o:title="IMG_20261005_102828"/>
          </v:shape>
        </w:pict>
      </w:r>
    </w:p>
    <w:p w14:paraId="3D964AA5" w14:textId="77777777" w:rsidR="00D129C1" w:rsidRDefault="00D129C1" w:rsidP="00D129C1">
      <w:pPr>
        <w:spacing w:after="0"/>
        <w:jc w:val="both"/>
        <w:rPr>
          <w:sz w:val="28"/>
          <w:szCs w:val="28"/>
        </w:rPr>
      </w:pPr>
    </w:p>
    <w:p w14:paraId="49BA7063" w14:textId="77777777" w:rsidR="00D129C1" w:rsidRPr="00256D71" w:rsidRDefault="006F72A1" w:rsidP="00D129C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pict w14:anchorId="78B793C3">
          <v:shape id="_x0000_i1030" type="#_x0000_t75" style="width:483pt;height:351pt">
            <v:imagedata r:id="rId11" o:title="IMG_20261005_103024"/>
          </v:shape>
        </w:pict>
      </w:r>
    </w:p>
    <w:p w14:paraId="107654A5" w14:textId="77777777" w:rsidR="00C03C5A" w:rsidRPr="00256D71" w:rsidRDefault="00AC4475" w:rsidP="00256D71">
      <w:pPr>
        <w:spacing w:after="0"/>
        <w:ind w:firstLine="720"/>
        <w:jc w:val="both"/>
        <w:rPr>
          <w:sz w:val="28"/>
          <w:szCs w:val="28"/>
        </w:rPr>
      </w:pPr>
      <w:proofErr w:type="spellStart"/>
      <w:r w:rsidRPr="00256D71">
        <w:rPr>
          <w:b/>
          <w:sz w:val="28"/>
          <w:szCs w:val="28"/>
        </w:rPr>
        <w:t>Моля</w:t>
      </w:r>
      <w:proofErr w:type="spellEnd"/>
      <w:r w:rsidRPr="00256D71">
        <w:rPr>
          <w:b/>
          <w:sz w:val="28"/>
          <w:szCs w:val="28"/>
        </w:rPr>
        <w:t xml:space="preserve"> </w:t>
      </w:r>
      <w:proofErr w:type="spellStart"/>
      <w:r w:rsidRPr="00256D71">
        <w:rPr>
          <w:b/>
          <w:sz w:val="28"/>
          <w:szCs w:val="28"/>
        </w:rPr>
        <w:t>да</w:t>
      </w:r>
      <w:proofErr w:type="spellEnd"/>
      <w:r w:rsidRPr="00256D71">
        <w:rPr>
          <w:b/>
          <w:sz w:val="28"/>
          <w:szCs w:val="28"/>
        </w:rPr>
        <w:t xml:space="preserve"> </w:t>
      </w:r>
      <w:proofErr w:type="spellStart"/>
      <w:r w:rsidRPr="00256D71">
        <w:rPr>
          <w:b/>
          <w:sz w:val="28"/>
          <w:szCs w:val="28"/>
        </w:rPr>
        <w:t>бъде</w:t>
      </w:r>
      <w:proofErr w:type="spellEnd"/>
      <w:r w:rsidRPr="00256D71">
        <w:rPr>
          <w:b/>
          <w:sz w:val="28"/>
          <w:szCs w:val="28"/>
        </w:rPr>
        <w:t xml:space="preserve"> </w:t>
      </w:r>
      <w:proofErr w:type="spellStart"/>
      <w:r w:rsidRPr="00256D71">
        <w:rPr>
          <w:b/>
          <w:sz w:val="28"/>
          <w:szCs w:val="28"/>
        </w:rPr>
        <w:t>извършен</w:t>
      </w:r>
      <w:proofErr w:type="spellEnd"/>
      <w:r w:rsidRPr="00256D71">
        <w:rPr>
          <w:b/>
          <w:sz w:val="28"/>
          <w:szCs w:val="28"/>
        </w:rPr>
        <w:t xml:space="preserve"> </w:t>
      </w:r>
      <w:proofErr w:type="spellStart"/>
      <w:r w:rsidRPr="00256D71">
        <w:rPr>
          <w:b/>
          <w:sz w:val="28"/>
          <w:szCs w:val="28"/>
        </w:rPr>
        <w:t>оглед</w:t>
      </w:r>
      <w:proofErr w:type="spellEnd"/>
      <w:r w:rsidRPr="00256D71">
        <w:rPr>
          <w:b/>
          <w:sz w:val="28"/>
          <w:szCs w:val="28"/>
        </w:rPr>
        <w:t xml:space="preserve"> </w:t>
      </w:r>
      <w:proofErr w:type="spellStart"/>
      <w:r w:rsidRPr="00256D71">
        <w:rPr>
          <w:b/>
          <w:sz w:val="28"/>
          <w:szCs w:val="28"/>
        </w:rPr>
        <w:t>на</w:t>
      </w:r>
      <w:proofErr w:type="spellEnd"/>
      <w:r w:rsidRPr="00256D71">
        <w:rPr>
          <w:b/>
          <w:sz w:val="28"/>
          <w:szCs w:val="28"/>
        </w:rPr>
        <w:t xml:space="preserve"> </w:t>
      </w:r>
      <w:proofErr w:type="spellStart"/>
      <w:r w:rsidRPr="00256D71">
        <w:rPr>
          <w:b/>
          <w:sz w:val="28"/>
          <w:szCs w:val="28"/>
        </w:rPr>
        <w:t>място</w:t>
      </w:r>
      <w:proofErr w:type="spellEnd"/>
      <w:r w:rsidRPr="00256D71">
        <w:rPr>
          <w:b/>
          <w:sz w:val="28"/>
          <w:szCs w:val="28"/>
        </w:rPr>
        <w:t xml:space="preserve"> </w:t>
      </w:r>
      <w:proofErr w:type="spellStart"/>
      <w:r w:rsidRPr="00256D71">
        <w:rPr>
          <w:b/>
          <w:sz w:val="28"/>
          <w:szCs w:val="28"/>
        </w:rPr>
        <w:t>от</w:t>
      </w:r>
      <w:proofErr w:type="spellEnd"/>
      <w:r w:rsidRPr="00256D71">
        <w:rPr>
          <w:b/>
          <w:sz w:val="28"/>
          <w:szCs w:val="28"/>
        </w:rPr>
        <w:t xml:space="preserve"> </w:t>
      </w:r>
      <w:proofErr w:type="spellStart"/>
      <w:r w:rsidRPr="00256D71">
        <w:rPr>
          <w:b/>
          <w:sz w:val="28"/>
          <w:szCs w:val="28"/>
        </w:rPr>
        <w:t>компетентните</w:t>
      </w:r>
      <w:proofErr w:type="spellEnd"/>
      <w:r w:rsidRPr="00256D71">
        <w:rPr>
          <w:b/>
          <w:sz w:val="28"/>
          <w:szCs w:val="28"/>
        </w:rPr>
        <w:t xml:space="preserve"> </w:t>
      </w:r>
      <w:proofErr w:type="spellStart"/>
      <w:r w:rsidRPr="00256D71">
        <w:rPr>
          <w:b/>
          <w:sz w:val="28"/>
          <w:szCs w:val="28"/>
        </w:rPr>
        <w:t>специалисти</w:t>
      </w:r>
      <w:proofErr w:type="spellEnd"/>
      <w:r w:rsidRPr="00256D71">
        <w:rPr>
          <w:b/>
          <w:sz w:val="28"/>
          <w:szCs w:val="28"/>
        </w:rPr>
        <w:t xml:space="preserve"> </w:t>
      </w:r>
      <w:proofErr w:type="spellStart"/>
      <w:r w:rsidRPr="00256D71">
        <w:rPr>
          <w:b/>
          <w:sz w:val="28"/>
          <w:szCs w:val="28"/>
        </w:rPr>
        <w:t>на</w:t>
      </w:r>
      <w:proofErr w:type="spellEnd"/>
      <w:r w:rsidRPr="00256D71">
        <w:rPr>
          <w:b/>
          <w:sz w:val="28"/>
          <w:szCs w:val="28"/>
        </w:rPr>
        <w:t xml:space="preserve"> Община Русе, </w:t>
      </w:r>
      <w:proofErr w:type="spellStart"/>
      <w:r w:rsidRPr="00256D71">
        <w:rPr>
          <w:b/>
          <w:sz w:val="28"/>
          <w:szCs w:val="28"/>
        </w:rPr>
        <w:t>като</w:t>
      </w:r>
      <w:proofErr w:type="spellEnd"/>
      <w:r w:rsidRPr="00256D71">
        <w:rPr>
          <w:b/>
          <w:sz w:val="28"/>
          <w:szCs w:val="28"/>
        </w:rPr>
        <w:t xml:space="preserve"> </w:t>
      </w:r>
      <w:proofErr w:type="spellStart"/>
      <w:r w:rsidRPr="00256D71">
        <w:rPr>
          <w:b/>
          <w:sz w:val="28"/>
          <w:szCs w:val="28"/>
        </w:rPr>
        <w:t>предварително</w:t>
      </w:r>
      <w:proofErr w:type="spellEnd"/>
      <w:r w:rsidRPr="00256D71">
        <w:rPr>
          <w:b/>
          <w:sz w:val="28"/>
          <w:szCs w:val="28"/>
        </w:rPr>
        <w:t xml:space="preserve"> </w:t>
      </w:r>
      <w:proofErr w:type="spellStart"/>
      <w:r w:rsidRPr="00256D71">
        <w:rPr>
          <w:b/>
          <w:sz w:val="28"/>
          <w:szCs w:val="28"/>
        </w:rPr>
        <w:t>бъда</w:t>
      </w:r>
      <w:proofErr w:type="spellEnd"/>
      <w:r w:rsidRPr="00256D71">
        <w:rPr>
          <w:b/>
          <w:sz w:val="28"/>
          <w:szCs w:val="28"/>
        </w:rPr>
        <w:t xml:space="preserve"> уведомен за датата и часа на огледа, за да имам възможност да присъствам заедно с представители на живущите в района.</w:t>
      </w:r>
    </w:p>
    <w:p w14:paraId="2699E6C7" w14:textId="77777777" w:rsidR="00C03C5A" w:rsidRPr="00256D71" w:rsidRDefault="00AC4475" w:rsidP="007E484F">
      <w:pPr>
        <w:spacing w:after="0" w:line="240" w:lineRule="auto"/>
        <w:ind w:firstLine="720"/>
        <w:jc w:val="both"/>
        <w:rPr>
          <w:sz w:val="28"/>
          <w:szCs w:val="28"/>
        </w:rPr>
      </w:pPr>
      <w:proofErr w:type="spellStart"/>
      <w:r w:rsidRPr="00256D71">
        <w:rPr>
          <w:sz w:val="28"/>
          <w:szCs w:val="28"/>
        </w:rPr>
        <w:t>Предвид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събраната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подписка</w:t>
      </w:r>
      <w:proofErr w:type="spellEnd"/>
      <w:r w:rsidRPr="00256D71">
        <w:rPr>
          <w:sz w:val="28"/>
          <w:szCs w:val="28"/>
        </w:rPr>
        <w:t xml:space="preserve"> и значението на проблема за безопасността на гражданите, моля да бъдат обследвани възможностите и да бъдат предприети необходимите действия за проектиране и изграждане на ново улично осветление и тротоар по ул. „</w:t>
      </w:r>
      <w:proofErr w:type="spellStart"/>
      <w:r w:rsidRPr="00256D71">
        <w:rPr>
          <w:sz w:val="28"/>
          <w:szCs w:val="28"/>
        </w:rPr>
        <w:t>Михаил</w:t>
      </w:r>
      <w:proofErr w:type="spellEnd"/>
      <w:r w:rsidRPr="00256D71">
        <w:rPr>
          <w:sz w:val="28"/>
          <w:szCs w:val="28"/>
        </w:rPr>
        <w:t xml:space="preserve"> Хаджикостов“</w:t>
      </w:r>
      <w:r w:rsidR="00524B96">
        <w:rPr>
          <w:sz w:val="28"/>
          <w:szCs w:val="28"/>
          <w:lang w:val="bg-BG"/>
        </w:rPr>
        <w:t xml:space="preserve"> и паркинг пред бл.103</w:t>
      </w:r>
      <w:r w:rsidRPr="00256D71">
        <w:rPr>
          <w:sz w:val="28"/>
          <w:szCs w:val="28"/>
        </w:rPr>
        <w:t>.</w:t>
      </w:r>
    </w:p>
    <w:p w14:paraId="793739E7" w14:textId="77777777" w:rsidR="00C03C5A" w:rsidRPr="00256D71" w:rsidRDefault="00AC4475" w:rsidP="007E484F">
      <w:pPr>
        <w:spacing w:after="0" w:line="240" w:lineRule="auto"/>
        <w:ind w:firstLine="720"/>
        <w:jc w:val="both"/>
        <w:rPr>
          <w:sz w:val="28"/>
          <w:szCs w:val="28"/>
        </w:rPr>
      </w:pPr>
      <w:proofErr w:type="spellStart"/>
      <w:r w:rsidRPr="00256D71">
        <w:rPr>
          <w:sz w:val="28"/>
          <w:szCs w:val="28"/>
        </w:rPr>
        <w:t>Моля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да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получа</w:t>
      </w:r>
      <w:proofErr w:type="spellEnd"/>
      <w:r w:rsidRPr="00256D71">
        <w:rPr>
          <w:sz w:val="28"/>
          <w:szCs w:val="28"/>
        </w:rPr>
        <w:t xml:space="preserve"> </w:t>
      </w:r>
      <w:proofErr w:type="spellStart"/>
      <w:r w:rsidRPr="00256D71">
        <w:rPr>
          <w:sz w:val="28"/>
          <w:szCs w:val="28"/>
        </w:rPr>
        <w:t>писмен</w:t>
      </w:r>
      <w:proofErr w:type="spellEnd"/>
      <w:r w:rsidRPr="00256D71">
        <w:rPr>
          <w:sz w:val="28"/>
          <w:szCs w:val="28"/>
        </w:rPr>
        <w:t xml:space="preserve"> отговор относно резултатите от извършения оглед, възможностите за реализация, необходимото финансиране и предвидените последващи действия от страна на Община Русе.</w:t>
      </w:r>
    </w:p>
    <w:p w14:paraId="56B55C69" w14:textId="77777777" w:rsidR="00FA5F45" w:rsidRDefault="00FA5F45" w:rsidP="00FA5F45">
      <w:pPr>
        <w:ind w:firstLine="720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Предвид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гореизложеното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прилагам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подписка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гражданите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желая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да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получа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писмен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отговор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сесията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която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ще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проведе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през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месец</w:t>
      </w:r>
      <w:proofErr w:type="spellEnd"/>
      <w:r>
        <w:rPr>
          <w:sz w:val="28"/>
          <w:szCs w:val="28"/>
        </w:rPr>
        <w:t xml:space="preserve"> 29.10.2026 г.</w:t>
      </w:r>
    </w:p>
    <w:p w14:paraId="06A70DFA" w14:textId="77777777" w:rsidR="00FA5F45" w:rsidRDefault="00FA5F45" w:rsidP="00FA5F45">
      <w:pPr>
        <w:rPr>
          <w:sz w:val="28"/>
          <w:szCs w:val="28"/>
        </w:rPr>
      </w:pPr>
    </w:p>
    <w:p w14:paraId="51CFDD87" w14:textId="77777777" w:rsidR="00FA5F45" w:rsidRDefault="00FA5F45" w:rsidP="0080704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30.09.2026 г.                                           С </w:t>
      </w:r>
      <w:proofErr w:type="spellStart"/>
      <w:r>
        <w:rPr>
          <w:sz w:val="28"/>
          <w:szCs w:val="28"/>
        </w:rPr>
        <w:t>уважение</w:t>
      </w:r>
      <w:proofErr w:type="spellEnd"/>
      <w:r>
        <w:rPr>
          <w:sz w:val="28"/>
          <w:szCs w:val="28"/>
        </w:rPr>
        <w:t>:</w:t>
      </w:r>
    </w:p>
    <w:p w14:paraId="2E72563E" w14:textId="77777777" w:rsidR="00C03C5A" w:rsidRPr="00161975" w:rsidRDefault="00FA5F45" w:rsidP="0080704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/</w:t>
      </w:r>
      <w:proofErr w:type="spellStart"/>
      <w:r>
        <w:rPr>
          <w:sz w:val="28"/>
          <w:szCs w:val="28"/>
        </w:rPr>
        <w:t>Светлозар</w:t>
      </w:r>
      <w:proofErr w:type="spellEnd"/>
      <w:r>
        <w:rPr>
          <w:sz w:val="28"/>
          <w:szCs w:val="28"/>
        </w:rPr>
        <w:t xml:space="preserve"> Симеонов/</w:t>
      </w:r>
    </w:p>
    <w:sectPr w:rsidR="00C03C5A" w:rsidRPr="00161975" w:rsidSect="00D129C1">
      <w:pgSz w:w="12240" w:h="15840"/>
      <w:pgMar w:top="709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7326356">
    <w:abstractNumId w:val="8"/>
  </w:num>
  <w:num w:numId="2" w16cid:durableId="1769889554">
    <w:abstractNumId w:val="6"/>
  </w:num>
  <w:num w:numId="3" w16cid:durableId="1112701719">
    <w:abstractNumId w:val="5"/>
  </w:num>
  <w:num w:numId="4" w16cid:durableId="1263492977">
    <w:abstractNumId w:val="4"/>
  </w:num>
  <w:num w:numId="5" w16cid:durableId="524758461">
    <w:abstractNumId w:val="7"/>
  </w:num>
  <w:num w:numId="6" w16cid:durableId="808979215">
    <w:abstractNumId w:val="3"/>
  </w:num>
  <w:num w:numId="7" w16cid:durableId="2060276710">
    <w:abstractNumId w:val="2"/>
  </w:num>
  <w:num w:numId="8" w16cid:durableId="559295149">
    <w:abstractNumId w:val="1"/>
  </w:num>
  <w:num w:numId="9" w16cid:durableId="1933584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1975"/>
    <w:rsid w:val="00256D71"/>
    <w:rsid w:val="0029639D"/>
    <w:rsid w:val="00326F90"/>
    <w:rsid w:val="00524B96"/>
    <w:rsid w:val="006F72A1"/>
    <w:rsid w:val="007E484F"/>
    <w:rsid w:val="00807047"/>
    <w:rsid w:val="00904362"/>
    <w:rsid w:val="00950B27"/>
    <w:rsid w:val="009D560B"/>
    <w:rsid w:val="00AA1D8D"/>
    <w:rsid w:val="00AC4475"/>
    <w:rsid w:val="00B47730"/>
    <w:rsid w:val="00BB7921"/>
    <w:rsid w:val="00C03C5A"/>
    <w:rsid w:val="00CB0664"/>
    <w:rsid w:val="00D129C1"/>
    <w:rsid w:val="00E945A0"/>
    <w:rsid w:val="00FA5F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B9F2B8"/>
  <w14:defaultImageDpi w14:val="300"/>
  <w15:docId w15:val="{6F7F7B51-73F3-4B3A-98F8-B87270433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D2FD20-0FB4-479C-8F68-265D4550C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3154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p.hristova</cp:lastModifiedBy>
  <cp:revision>2</cp:revision>
  <cp:lastPrinted>2026-10-06T05:46:00Z</cp:lastPrinted>
  <dcterms:created xsi:type="dcterms:W3CDTF">2026-10-06T05:46:00Z</dcterms:created>
  <dcterms:modified xsi:type="dcterms:W3CDTF">2026-10-06T05:46:00Z</dcterms:modified>
  <cp:category/>
</cp:coreProperties>
</file>