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943E" w14:textId="77777777" w:rsidR="00E177D0" w:rsidRDefault="00E177D0">
      <w:pPr>
        <w:spacing w:after="0" w:line="240" w:lineRule="auto"/>
        <w:rPr>
          <w:b/>
        </w:rPr>
      </w:pPr>
    </w:p>
    <w:p w14:paraId="61E0D9F9" w14:textId="77777777" w:rsidR="00EF5895" w:rsidRPr="00EF5895" w:rsidRDefault="00EF5895" w:rsidP="00EF5895">
      <w:pPr>
        <w:spacing w:after="0"/>
        <w:ind w:left="36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spellStart"/>
      <w:r w:rsidRPr="00EF5895">
        <w:rPr>
          <w:color w:val="000000"/>
          <w:sz w:val="28"/>
          <w:szCs w:val="28"/>
        </w:rPr>
        <w:t>Чрез</w:t>
      </w:r>
      <w:proofErr w:type="spellEnd"/>
    </w:p>
    <w:p w14:paraId="0A17224B" w14:textId="77777777" w:rsidR="00EF5895" w:rsidRPr="00EF5895" w:rsidRDefault="00EF5895" w:rsidP="00EF5895">
      <w:pPr>
        <w:spacing w:after="0"/>
        <w:rPr>
          <w:color w:val="000000"/>
          <w:sz w:val="28"/>
          <w:szCs w:val="28"/>
        </w:rPr>
      </w:pP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  <w:t xml:space="preserve">                   </w:t>
      </w:r>
      <w:proofErr w:type="spellStart"/>
      <w:r w:rsidRPr="00EF5895">
        <w:rPr>
          <w:color w:val="000000"/>
          <w:sz w:val="28"/>
          <w:szCs w:val="28"/>
        </w:rPr>
        <w:t>Председателя</w:t>
      </w:r>
      <w:proofErr w:type="spellEnd"/>
      <w:r w:rsidRPr="00EF5895">
        <w:rPr>
          <w:color w:val="000000"/>
          <w:sz w:val="28"/>
          <w:szCs w:val="28"/>
        </w:rPr>
        <w:t xml:space="preserve"> на </w:t>
      </w:r>
      <w:proofErr w:type="spellStart"/>
      <w:r w:rsidRPr="00EF5895">
        <w:rPr>
          <w:color w:val="000000"/>
          <w:sz w:val="28"/>
          <w:szCs w:val="28"/>
        </w:rPr>
        <w:t>Общински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съвет</w:t>
      </w:r>
      <w:proofErr w:type="spellEnd"/>
      <w:r w:rsidRPr="00EF5895">
        <w:rPr>
          <w:color w:val="000000"/>
          <w:sz w:val="28"/>
          <w:szCs w:val="28"/>
        </w:rPr>
        <w:t xml:space="preserve"> – Русе</w:t>
      </w:r>
    </w:p>
    <w:p w14:paraId="348B3BE3" w14:textId="77777777" w:rsidR="00EF5895" w:rsidRPr="00EF5895" w:rsidRDefault="00EF5895" w:rsidP="00EF5895">
      <w:pPr>
        <w:spacing w:after="0"/>
        <w:rPr>
          <w:color w:val="000000"/>
          <w:sz w:val="28"/>
          <w:szCs w:val="28"/>
        </w:rPr>
      </w:pPr>
    </w:p>
    <w:p w14:paraId="5C85467C" w14:textId="77777777" w:rsidR="00EF5895" w:rsidRPr="00EF5895" w:rsidRDefault="00EF5895" w:rsidP="00EF5895">
      <w:pPr>
        <w:spacing w:after="0"/>
        <w:rPr>
          <w:color w:val="000000"/>
          <w:sz w:val="28"/>
          <w:szCs w:val="28"/>
        </w:rPr>
      </w:pP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  <w:t xml:space="preserve">         </w:t>
      </w:r>
      <w:proofErr w:type="spellStart"/>
      <w:r w:rsidRPr="00EF5895">
        <w:rPr>
          <w:color w:val="000000"/>
          <w:sz w:val="28"/>
          <w:szCs w:val="28"/>
        </w:rPr>
        <w:t>До</w:t>
      </w:r>
      <w:proofErr w:type="spellEnd"/>
    </w:p>
    <w:p w14:paraId="7FEDE6C6" w14:textId="77777777" w:rsidR="00EF5895" w:rsidRPr="00EF5895" w:rsidRDefault="00EF5895" w:rsidP="00EF5895">
      <w:pPr>
        <w:spacing w:after="0"/>
        <w:rPr>
          <w:color w:val="000000"/>
          <w:sz w:val="28"/>
          <w:szCs w:val="28"/>
        </w:rPr>
      </w:pP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  <w:t xml:space="preserve">         г-н Пенчо Милков</w:t>
      </w:r>
    </w:p>
    <w:p w14:paraId="64BB3110" w14:textId="77777777" w:rsidR="00EF5895" w:rsidRPr="00EF5895" w:rsidRDefault="00EF5895" w:rsidP="00EF5895">
      <w:pPr>
        <w:spacing w:after="0"/>
        <w:rPr>
          <w:color w:val="000000"/>
          <w:sz w:val="28"/>
          <w:szCs w:val="28"/>
        </w:rPr>
      </w:pP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</w:r>
      <w:r w:rsidRPr="00EF5895">
        <w:rPr>
          <w:color w:val="000000"/>
          <w:sz w:val="28"/>
          <w:szCs w:val="28"/>
        </w:rPr>
        <w:tab/>
        <w:t xml:space="preserve">         </w:t>
      </w:r>
      <w:proofErr w:type="spellStart"/>
      <w:r w:rsidRPr="00EF5895">
        <w:rPr>
          <w:color w:val="000000"/>
          <w:sz w:val="28"/>
          <w:szCs w:val="28"/>
        </w:rPr>
        <w:t>Кмет</w:t>
      </w:r>
      <w:proofErr w:type="spellEnd"/>
      <w:r w:rsidRPr="00EF5895">
        <w:rPr>
          <w:color w:val="000000"/>
          <w:sz w:val="28"/>
          <w:szCs w:val="28"/>
        </w:rPr>
        <w:t xml:space="preserve"> на Община Русе </w:t>
      </w:r>
    </w:p>
    <w:p w14:paraId="7C562BD1" w14:textId="77777777" w:rsidR="00EF5895" w:rsidRPr="00EF5895" w:rsidRDefault="00EF5895" w:rsidP="00EF5895">
      <w:pPr>
        <w:rPr>
          <w:color w:val="000000"/>
          <w:sz w:val="28"/>
          <w:szCs w:val="28"/>
        </w:rPr>
      </w:pPr>
    </w:p>
    <w:p w14:paraId="10DBFE8B" w14:textId="77777777" w:rsidR="00EF5895" w:rsidRPr="00EF5895" w:rsidRDefault="00EF5895" w:rsidP="00EF5895">
      <w:pPr>
        <w:jc w:val="center"/>
        <w:rPr>
          <w:b/>
          <w:color w:val="000000"/>
          <w:sz w:val="28"/>
          <w:szCs w:val="28"/>
        </w:rPr>
      </w:pPr>
      <w:r w:rsidRPr="00EF5895">
        <w:rPr>
          <w:b/>
          <w:color w:val="000000"/>
          <w:sz w:val="28"/>
          <w:szCs w:val="28"/>
        </w:rPr>
        <w:t>П И Т А Н Е</w:t>
      </w:r>
    </w:p>
    <w:p w14:paraId="62C0D9A9" w14:textId="77777777" w:rsidR="00EF5895" w:rsidRPr="00EF5895" w:rsidRDefault="00EF5895" w:rsidP="00EF5895">
      <w:pPr>
        <w:shd w:val="clear" w:color="auto" w:fill="FFFFFF"/>
        <w:ind w:firstLine="708"/>
        <w:jc w:val="both"/>
        <w:rPr>
          <w:sz w:val="28"/>
          <w:szCs w:val="28"/>
        </w:rPr>
      </w:pPr>
      <w:proofErr w:type="spellStart"/>
      <w:r w:rsidRPr="00EF5895">
        <w:rPr>
          <w:sz w:val="28"/>
          <w:szCs w:val="28"/>
        </w:rPr>
        <w:t>На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основание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чл</w:t>
      </w:r>
      <w:proofErr w:type="spellEnd"/>
      <w:r w:rsidRPr="00EF5895">
        <w:rPr>
          <w:sz w:val="28"/>
          <w:szCs w:val="28"/>
        </w:rPr>
        <w:t xml:space="preserve">. 33, </w:t>
      </w:r>
      <w:proofErr w:type="spellStart"/>
      <w:r w:rsidRPr="00EF5895">
        <w:rPr>
          <w:sz w:val="28"/>
          <w:szCs w:val="28"/>
        </w:rPr>
        <w:t>ал</w:t>
      </w:r>
      <w:proofErr w:type="spellEnd"/>
      <w:r w:rsidRPr="00EF5895">
        <w:rPr>
          <w:sz w:val="28"/>
          <w:szCs w:val="28"/>
        </w:rPr>
        <w:t xml:space="preserve">. 1, т. 4 </w:t>
      </w:r>
      <w:proofErr w:type="spellStart"/>
      <w:r w:rsidRPr="00EF5895">
        <w:rPr>
          <w:sz w:val="28"/>
          <w:szCs w:val="28"/>
        </w:rPr>
        <w:t>от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Закона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за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местното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самоуправление</w:t>
      </w:r>
      <w:proofErr w:type="spellEnd"/>
      <w:r w:rsidRPr="00EF5895">
        <w:rPr>
          <w:sz w:val="28"/>
          <w:szCs w:val="28"/>
        </w:rPr>
        <w:t xml:space="preserve"> и </w:t>
      </w:r>
      <w:proofErr w:type="spellStart"/>
      <w:r w:rsidRPr="00EF5895">
        <w:rPr>
          <w:sz w:val="28"/>
          <w:szCs w:val="28"/>
        </w:rPr>
        <w:t>местната</w:t>
      </w:r>
      <w:proofErr w:type="spellEnd"/>
      <w:r w:rsidRPr="00EF5895">
        <w:rPr>
          <w:sz w:val="28"/>
          <w:szCs w:val="28"/>
        </w:rPr>
        <w:t xml:space="preserve"> администрация и </w:t>
      </w:r>
      <w:proofErr w:type="spellStart"/>
      <w:r w:rsidRPr="00EF5895">
        <w:rPr>
          <w:sz w:val="28"/>
          <w:szCs w:val="28"/>
        </w:rPr>
        <w:t>чл</w:t>
      </w:r>
      <w:proofErr w:type="spellEnd"/>
      <w:r w:rsidRPr="00EF5895">
        <w:rPr>
          <w:sz w:val="28"/>
          <w:szCs w:val="28"/>
        </w:rPr>
        <w:t xml:space="preserve">. 103, </w:t>
      </w:r>
      <w:proofErr w:type="spellStart"/>
      <w:r w:rsidRPr="00EF5895">
        <w:rPr>
          <w:sz w:val="28"/>
          <w:szCs w:val="28"/>
        </w:rPr>
        <w:t>ал</w:t>
      </w:r>
      <w:proofErr w:type="spellEnd"/>
      <w:r w:rsidRPr="00EF5895">
        <w:rPr>
          <w:sz w:val="28"/>
          <w:szCs w:val="28"/>
        </w:rPr>
        <w:t xml:space="preserve">. 2 </w:t>
      </w:r>
      <w:proofErr w:type="spellStart"/>
      <w:r w:rsidRPr="00EF5895">
        <w:rPr>
          <w:sz w:val="28"/>
          <w:szCs w:val="28"/>
        </w:rPr>
        <w:t>във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връзка</w:t>
      </w:r>
      <w:proofErr w:type="spellEnd"/>
      <w:r w:rsidRPr="00EF5895">
        <w:rPr>
          <w:sz w:val="28"/>
          <w:szCs w:val="28"/>
        </w:rPr>
        <w:t xml:space="preserve"> с </w:t>
      </w:r>
      <w:proofErr w:type="spellStart"/>
      <w:r w:rsidRPr="00EF5895">
        <w:rPr>
          <w:sz w:val="28"/>
          <w:szCs w:val="28"/>
        </w:rPr>
        <w:t>чл</w:t>
      </w:r>
      <w:proofErr w:type="spellEnd"/>
      <w:r w:rsidRPr="00EF5895">
        <w:rPr>
          <w:sz w:val="28"/>
          <w:szCs w:val="28"/>
        </w:rPr>
        <w:t xml:space="preserve">. 104 </w:t>
      </w:r>
      <w:proofErr w:type="spellStart"/>
      <w:r w:rsidRPr="00EF5895">
        <w:rPr>
          <w:sz w:val="28"/>
          <w:szCs w:val="28"/>
        </w:rPr>
        <w:t>от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Правилника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за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организацията</w:t>
      </w:r>
      <w:proofErr w:type="spellEnd"/>
      <w:r w:rsidRPr="00EF5895">
        <w:rPr>
          <w:sz w:val="28"/>
          <w:szCs w:val="28"/>
        </w:rPr>
        <w:t xml:space="preserve"> и </w:t>
      </w:r>
      <w:proofErr w:type="spellStart"/>
      <w:r w:rsidRPr="00EF5895">
        <w:rPr>
          <w:sz w:val="28"/>
          <w:szCs w:val="28"/>
        </w:rPr>
        <w:t>дейността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на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Общински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съвет</w:t>
      </w:r>
      <w:proofErr w:type="spellEnd"/>
      <w:r w:rsidRPr="00EF5895">
        <w:rPr>
          <w:sz w:val="28"/>
          <w:szCs w:val="28"/>
        </w:rPr>
        <w:t xml:space="preserve"> - Русе, </w:t>
      </w:r>
      <w:proofErr w:type="spellStart"/>
      <w:r w:rsidRPr="00EF5895">
        <w:rPr>
          <w:sz w:val="28"/>
          <w:szCs w:val="28"/>
        </w:rPr>
        <w:t>неговите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комисии</w:t>
      </w:r>
      <w:proofErr w:type="spellEnd"/>
      <w:r w:rsidRPr="00EF5895">
        <w:rPr>
          <w:sz w:val="28"/>
          <w:szCs w:val="28"/>
        </w:rPr>
        <w:t xml:space="preserve"> и </w:t>
      </w:r>
      <w:proofErr w:type="spellStart"/>
      <w:r w:rsidRPr="00EF5895">
        <w:rPr>
          <w:sz w:val="28"/>
          <w:szCs w:val="28"/>
        </w:rPr>
        <w:t>взаимодействието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им</w:t>
      </w:r>
      <w:proofErr w:type="spellEnd"/>
      <w:r w:rsidRPr="00EF5895">
        <w:rPr>
          <w:sz w:val="28"/>
          <w:szCs w:val="28"/>
        </w:rPr>
        <w:t xml:space="preserve"> с </w:t>
      </w:r>
      <w:proofErr w:type="spellStart"/>
      <w:r w:rsidRPr="00EF5895">
        <w:rPr>
          <w:sz w:val="28"/>
          <w:szCs w:val="28"/>
        </w:rPr>
        <w:t>общинската</w:t>
      </w:r>
      <w:proofErr w:type="spellEnd"/>
      <w:r w:rsidRPr="00EF5895">
        <w:rPr>
          <w:sz w:val="28"/>
          <w:szCs w:val="28"/>
        </w:rPr>
        <w:t xml:space="preserve"> администрация.</w:t>
      </w:r>
    </w:p>
    <w:p w14:paraId="1B6B06F5" w14:textId="77777777" w:rsidR="00EF5895" w:rsidRPr="00EF5895" w:rsidRDefault="00EF5895" w:rsidP="00EF5895">
      <w:pPr>
        <w:shd w:val="clear" w:color="auto" w:fill="FFFFFF"/>
        <w:jc w:val="center"/>
        <w:rPr>
          <w:sz w:val="28"/>
          <w:szCs w:val="28"/>
        </w:rPr>
      </w:pPr>
      <w:r w:rsidRPr="00EF5895">
        <w:rPr>
          <w:sz w:val="28"/>
          <w:szCs w:val="28"/>
        </w:rPr>
        <w:t> </w:t>
      </w:r>
    </w:p>
    <w:p w14:paraId="73F6A151" w14:textId="77777777" w:rsidR="00EF5895" w:rsidRPr="00EF5895" w:rsidRDefault="00EF5895" w:rsidP="00EF5895">
      <w:pPr>
        <w:spacing w:after="0"/>
        <w:jc w:val="center"/>
        <w:rPr>
          <w:color w:val="000000"/>
          <w:sz w:val="28"/>
          <w:szCs w:val="28"/>
        </w:rPr>
      </w:pPr>
      <w:proofErr w:type="spellStart"/>
      <w:r w:rsidRPr="00EF5895">
        <w:rPr>
          <w:color w:val="000000"/>
          <w:sz w:val="28"/>
          <w:szCs w:val="28"/>
        </w:rPr>
        <w:t>от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Светлозар</w:t>
      </w:r>
      <w:proofErr w:type="spellEnd"/>
      <w:r w:rsidRPr="00EF5895">
        <w:rPr>
          <w:color w:val="000000"/>
          <w:sz w:val="28"/>
          <w:szCs w:val="28"/>
        </w:rPr>
        <w:t xml:space="preserve"> Симеонов, </w:t>
      </w:r>
    </w:p>
    <w:p w14:paraId="5797A918" w14:textId="77777777" w:rsidR="00EF5895" w:rsidRDefault="00EF5895" w:rsidP="00EF5895">
      <w:pPr>
        <w:spacing w:after="0"/>
        <w:jc w:val="center"/>
        <w:rPr>
          <w:color w:val="000000"/>
          <w:sz w:val="28"/>
          <w:szCs w:val="28"/>
        </w:rPr>
      </w:pPr>
      <w:proofErr w:type="spellStart"/>
      <w:r w:rsidRPr="00EF5895">
        <w:rPr>
          <w:color w:val="000000"/>
          <w:sz w:val="28"/>
          <w:szCs w:val="28"/>
        </w:rPr>
        <w:t>общински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съветник</w:t>
      </w:r>
      <w:proofErr w:type="spellEnd"/>
      <w:r w:rsidRPr="00EF5895">
        <w:rPr>
          <w:color w:val="000000"/>
          <w:sz w:val="28"/>
          <w:szCs w:val="28"/>
        </w:rPr>
        <w:t xml:space="preserve"> в </w:t>
      </w:r>
      <w:proofErr w:type="spellStart"/>
      <w:r w:rsidRPr="00EF5895">
        <w:rPr>
          <w:color w:val="000000"/>
          <w:sz w:val="28"/>
          <w:szCs w:val="28"/>
        </w:rPr>
        <w:t>Общински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съвет</w:t>
      </w:r>
      <w:proofErr w:type="spellEnd"/>
      <w:r w:rsidRPr="00EF5895">
        <w:rPr>
          <w:color w:val="000000"/>
          <w:sz w:val="28"/>
          <w:szCs w:val="28"/>
        </w:rPr>
        <w:t xml:space="preserve"> – Русе</w:t>
      </w:r>
    </w:p>
    <w:p w14:paraId="703EE38B" w14:textId="77777777" w:rsidR="00EF5895" w:rsidRPr="00EF5895" w:rsidRDefault="00EF5895" w:rsidP="00EF5895">
      <w:pPr>
        <w:spacing w:after="0"/>
        <w:jc w:val="center"/>
        <w:rPr>
          <w:color w:val="000000"/>
          <w:sz w:val="28"/>
          <w:szCs w:val="28"/>
        </w:rPr>
      </w:pPr>
    </w:p>
    <w:p w14:paraId="37AC45EE" w14:textId="77777777" w:rsidR="00C85BD4" w:rsidRPr="009C7AAF" w:rsidRDefault="001E0286" w:rsidP="00EF5895">
      <w:pPr>
        <w:spacing w:after="140" w:line="240" w:lineRule="auto"/>
        <w:ind w:firstLine="720"/>
        <w:rPr>
          <w:sz w:val="28"/>
          <w:szCs w:val="28"/>
        </w:rPr>
      </w:pPr>
      <w:proofErr w:type="spellStart"/>
      <w:r w:rsidRPr="009C7AAF">
        <w:rPr>
          <w:b/>
          <w:sz w:val="28"/>
          <w:szCs w:val="28"/>
        </w:rPr>
        <w:t>Относно</w:t>
      </w:r>
      <w:proofErr w:type="spellEnd"/>
      <w:r w:rsidRPr="009C7AAF">
        <w:rPr>
          <w:b/>
          <w:sz w:val="28"/>
          <w:szCs w:val="28"/>
        </w:rPr>
        <w:t xml:space="preserve">: </w:t>
      </w:r>
      <w:proofErr w:type="spellStart"/>
      <w:r w:rsidRPr="009C7AAF">
        <w:rPr>
          <w:b/>
          <w:sz w:val="28"/>
          <w:szCs w:val="28"/>
        </w:rPr>
        <w:t>Възстановяване</w:t>
      </w:r>
      <w:proofErr w:type="spellEnd"/>
      <w:r w:rsidRPr="009C7AAF">
        <w:rPr>
          <w:b/>
          <w:sz w:val="28"/>
          <w:szCs w:val="28"/>
        </w:rPr>
        <w:t xml:space="preserve"> и </w:t>
      </w:r>
      <w:proofErr w:type="spellStart"/>
      <w:r w:rsidRPr="009C7AAF">
        <w:rPr>
          <w:b/>
          <w:sz w:val="28"/>
          <w:szCs w:val="28"/>
        </w:rPr>
        <w:t>благоустрояване</w:t>
      </w:r>
      <w:proofErr w:type="spellEnd"/>
      <w:r w:rsidRPr="009C7AAF">
        <w:rPr>
          <w:b/>
          <w:sz w:val="28"/>
          <w:szCs w:val="28"/>
        </w:rPr>
        <w:t xml:space="preserve"> </w:t>
      </w:r>
      <w:proofErr w:type="spellStart"/>
      <w:r w:rsidRPr="009C7AAF">
        <w:rPr>
          <w:b/>
          <w:sz w:val="28"/>
          <w:szCs w:val="28"/>
        </w:rPr>
        <w:t>на</w:t>
      </w:r>
      <w:proofErr w:type="spellEnd"/>
      <w:r w:rsidRPr="009C7AAF">
        <w:rPr>
          <w:b/>
          <w:sz w:val="28"/>
          <w:szCs w:val="28"/>
        </w:rPr>
        <w:t xml:space="preserve"> </w:t>
      </w:r>
      <w:proofErr w:type="spellStart"/>
      <w:r w:rsidRPr="009C7AAF">
        <w:rPr>
          <w:b/>
          <w:sz w:val="28"/>
          <w:szCs w:val="28"/>
        </w:rPr>
        <w:t>спортното</w:t>
      </w:r>
      <w:proofErr w:type="spellEnd"/>
      <w:r w:rsidRPr="009C7AAF">
        <w:rPr>
          <w:b/>
          <w:sz w:val="28"/>
          <w:szCs w:val="28"/>
        </w:rPr>
        <w:t xml:space="preserve"> </w:t>
      </w:r>
      <w:proofErr w:type="spellStart"/>
      <w:r w:rsidRPr="009C7AAF">
        <w:rPr>
          <w:b/>
          <w:sz w:val="28"/>
          <w:szCs w:val="28"/>
        </w:rPr>
        <w:t>игрище</w:t>
      </w:r>
      <w:proofErr w:type="spellEnd"/>
      <w:r w:rsidRPr="009C7AAF">
        <w:rPr>
          <w:b/>
          <w:sz w:val="28"/>
          <w:szCs w:val="28"/>
        </w:rPr>
        <w:t xml:space="preserve"> </w:t>
      </w:r>
      <w:r w:rsidR="004E0DC1" w:rsidRPr="004E0DC1">
        <w:rPr>
          <w:b/>
          <w:sz w:val="28"/>
          <w:szCs w:val="28"/>
        </w:rPr>
        <w:t xml:space="preserve">и </w:t>
      </w:r>
      <w:proofErr w:type="spellStart"/>
      <w:r w:rsidR="004E0DC1" w:rsidRPr="004E0DC1">
        <w:rPr>
          <w:b/>
          <w:sz w:val="28"/>
          <w:szCs w:val="28"/>
        </w:rPr>
        <w:t>отремонтиране</w:t>
      </w:r>
      <w:proofErr w:type="spellEnd"/>
      <w:r w:rsidR="004E0DC1" w:rsidRPr="004E0DC1">
        <w:rPr>
          <w:b/>
          <w:sz w:val="28"/>
          <w:szCs w:val="28"/>
        </w:rPr>
        <w:t xml:space="preserve"> </w:t>
      </w:r>
      <w:proofErr w:type="spellStart"/>
      <w:r w:rsidR="004E0DC1" w:rsidRPr="004E0DC1">
        <w:rPr>
          <w:b/>
          <w:sz w:val="28"/>
          <w:szCs w:val="28"/>
        </w:rPr>
        <w:t>на</w:t>
      </w:r>
      <w:proofErr w:type="spellEnd"/>
      <w:r w:rsidR="004E0DC1" w:rsidRPr="004E0DC1">
        <w:rPr>
          <w:b/>
          <w:sz w:val="28"/>
          <w:szCs w:val="28"/>
        </w:rPr>
        <w:t xml:space="preserve"> </w:t>
      </w:r>
      <w:proofErr w:type="spellStart"/>
      <w:r w:rsidR="004E0DC1" w:rsidRPr="004E0DC1">
        <w:rPr>
          <w:b/>
          <w:sz w:val="28"/>
          <w:szCs w:val="28"/>
        </w:rPr>
        <w:t>детска</w:t>
      </w:r>
      <w:proofErr w:type="spellEnd"/>
      <w:r w:rsidR="004E0DC1" w:rsidRPr="004E0DC1">
        <w:rPr>
          <w:b/>
          <w:sz w:val="28"/>
          <w:szCs w:val="28"/>
        </w:rPr>
        <w:t xml:space="preserve"> </w:t>
      </w:r>
      <w:proofErr w:type="spellStart"/>
      <w:r w:rsidR="004E0DC1" w:rsidRPr="004E0DC1">
        <w:rPr>
          <w:b/>
          <w:sz w:val="28"/>
          <w:szCs w:val="28"/>
        </w:rPr>
        <w:t>площадка</w:t>
      </w:r>
      <w:proofErr w:type="spellEnd"/>
      <w:r w:rsidR="004E0DC1" w:rsidRPr="004E0DC1">
        <w:rPr>
          <w:b/>
          <w:sz w:val="28"/>
          <w:szCs w:val="28"/>
        </w:rPr>
        <w:t xml:space="preserve"> в </w:t>
      </w:r>
      <w:proofErr w:type="spellStart"/>
      <w:r w:rsidR="004E0DC1" w:rsidRPr="004E0DC1">
        <w:rPr>
          <w:b/>
          <w:sz w:val="28"/>
          <w:szCs w:val="28"/>
        </w:rPr>
        <w:t>тревните</w:t>
      </w:r>
      <w:proofErr w:type="spellEnd"/>
      <w:r w:rsidR="004E0DC1" w:rsidRPr="004E0DC1">
        <w:rPr>
          <w:b/>
          <w:sz w:val="28"/>
          <w:szCs w:val="28"/>
        </w:rPr>
        <w:t xml:space="preserve"> </w:t>
      </w:r>
      <w:proofErr w:type="spellStart"/>
      <w:r w:rsidR="004E0DC1" w:rsidRPr="004E0DC1">
        <w:rPr>
          <w:b/>
          <w:sz w:val="28"/>
          <w:szCs w:val="28"/>
        </w:rPr>
        <w:t>площи</w:t>
      </w:r>
      <w:proofErr w:type="spellEnd"/>
      <w:r w:rsidR="004E0DC1" w:rsidRPr="004E0DC1">
        <w:rPr>
          <w:b/>
          <w:sz w:val="28"/>
          <w:szCs w:val="28"/>
        </w:rPr>
        <w:t xml:space="preserve"> </w:t>
      </w:r>
      <w:proofErr w:type="spellStart"/>
      <w:r w:rsidRPr="009C7AAF">
        <w:rPr>
          <w:b/>
          <w:sz w:val="28"/>
          <w:szCs w:val="28"/>
        </w:rPr>
        <w:t>зад</w:t>
      </w:r>
      <w:proofErr w:type="spellEnd"/>
      <w:r w:rsidRPr="009C7AAF">
        <w:rPr>
          <w:b/>
          <w:sz w:val="28"/>
          <w:szCs w:val="28"/>
        </w:rPr>
        <w:t xml:space="preserve"> </w:t>
      </w:r>
      <w:proofErr w:type="spellStart"/>
      <w:r w:rsidRPr="009C7AAF">
        <w:rPr>
          <w:b/>
          <w:sz w:val="28"/>
          <w:szCs w:val="28"/>
        </w:rPr>
        <w:t>бл</w:t>
      </w:r>
      <w:proofErr w:type="spellEnd"/>
      <w:r w:rsidRPr="009C7AAF">
        <w:rPr>
          <w:b/>
          <w:sz w:val="28"/>
          <w:szCs w:val="28"/>
        </w:rPr>
        <w:t>. 113 в ж.к. „</w:t>
      </w:r>
      <w:proofErr w:type="gramStart"/>
      <w:r w:rsidRPr="009C7AAF">
        <w:rPr>
          <w:b/>
          <w:sz w:val="28"/>
          <w:szCs w:val="28"/>
        </w:rPr>
        <w:t>Чародейка“</w:t>
      </w:r>
      <w:proofErr w:type="gramEnd"/>
      <w:r w:rsidRPr="009C7AAF">
        <w:rPr>
          <w:b/>
          <w:sz w:val="28"/>
          <w:szCs w:val="28"/>
        </w:rPr>
        <w:t>, гр. Русе</w:t>
      </w:r>
    </w:p>
    <w:p w14:paraId="67038DCE" w14:textId="77777777" w:rsidR="00C85BD4" w:rsidRPr="00EF5895" w:rsidRDefault="001E0286" w:rsidP="009C7AAF">
      <w:pPr>
        <w:spacing w:after="100" w:line="240" w:lineRule="auto"/>
        <w:ind w:firstLine="720"/>
        <w:rPr>
          <w:sz w:val="28"/>
          <w:szCs w:val="28"/>
        </w:rPr>
      </w:pPr>
      <w:r w:rsidRPr="00EF5895">
        <w:rPr>
          <w:b/>
          <w:sz w:val="28"/>
          <w:szCs w:val="28"/>
        </w:rPr>
        <w:t>УВАЖАЕМИ ГОСПОДИН МИЛКОВ,</w:t>
      </w:r>
    </w:p>
    <w:p w14:paraId="0E640995" w14:textId="77777777" w:rsidR="00C85BD4" w:rsidRPr="00EF5895" w:rsidRDefault="001E0286" w:rsidP="009C7AAF">
      <w:pPr>
        <w:spacing w:after="80" w:line="240" w:lineRule="auto"/>
        <w:ind w:firstLine="720"/>
        <w:jc w:val="both"/>
        <w:rPr>
          <w:sz w:val="28"/>
          <w:szCs w:val="28"/>
        </w:rPr>
      </w:pPr>
      <w:proofErr w:type="spellStart"/>
      <w:r w:rsidRPr="00EF5895">
        <w:rPr>
          <w:sz w:val="28"/>
          <w:szCs w:val="28"/>
        </w:rPr>
        <w:t>Към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мен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обърнаха</w:t>
      </w:r>
      <w:proofErr w:type="spellEnd"/>
      <w:r w:rsidRPr="00EF5895">
        <w:rPr>
          <w:sz w:val="28"/>
          <w:szCs w:val="28"/>
        </w:rPr>
        <w:t xml:space="preserve"> жители на ж.к. „</w:t>
      </w:r>
      <w:proofErr w:type="spellStart"/>
      <w:proofErr w:type="gramStart"/>
      <w:r w:rsidRPr="00EF5895">
        <w:rPr>
          <w:sz w:val="28"/>
          <w:szCs w:val="28"/>
        </w:rPr>
        <w:t>Чародейка</w:t>
      </w:r>
      <w:proofErr w:type="spellEnd"/>
      <w:r w:rsidRPr="00EF5895">
        <w:rPr>
          <w:sz w:val="28"/>
          <w:szCs w:val="28"/>
        </w:rPr>
        <w:t>“</w:t>
      </w:r>
      <w:proofErr w:type="gramEnd"/>
      <w:r w:rsidRPr="00EF5895">
        <w:rPr>
          <w:sz w:val="28"/>
          <w:szCs w:val="28"/>
        </w:rPr>
        <w:t xml:space="preserve">, </w:t>
      </w:r>
      <w:proofErr w:type="spellStart"/>
      <w:r w:rsidRPr="00EF5895">
        <w:rPr>
          <w:sz w:val="28"/>
          <w:szCs w:val="28"/>
        </w:rPr>
        <w:t>които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поставят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въпроса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за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въз</w:t>
      </w:r>
      <w:r w:rsidR="00DA50AD">
        <w:rPr>
          <w:sz w:val="28"/>
          <w:szCs w:val="28"/>
        </w:rPr>
        <w:t>становяване</w:t>
      </w:r>
      <w:proofErr w:type="spellEnd"/>
      <w:r w:rsidR="00DA50AD">
        <w:rPr>
          <w:sz w:val="28"/>
          <w:szCs w:val="28"/>
        </w:rPr>
        <w:t xml:space="preserve"> </w:t>
      </w:r>
      <w:proofErr w:type="spellStart"/>
      <w:r w:rsidR="00DA50AD">
        <w:rPr>
          <w:sz w:val="28"/>
          <w:szCs w:val="28"/>
        </w:rPr>
        <w:t>на</w:t>
      </w:r>
      <w:proofErr w:type="spellEnd"/>
      <w:r w:rsidR="00DA50AD">
        <w:rPr>
          <w:sz w:val="28"/>
          <w:szCs w:val="28"/>
        </w:rPr>
        <w:t xml:space="preserve"> </w:t>
      </w:r>
      <w:proofErr w:type="spellStart"/>
      <w:r w:rsidR="00DA50AD">
        <w:rPr>
          <w:sz w:val="28"/>
          <w:szCs w:val="28"/>
        </w:rPr>
        <w:t>спортното</w:t>
      </w:r>
      <w:proofErr w:type="spellEnd"/>
      <w:r w:rsidR="00DA50AD">
        <w:rPr>
          <w:sz w:val="28"/>
          <w:szCs w:val="28"/>
        </w:rPr>
        <w:t xml:space="preserve"> </w:t>
      </w:r>
      <w:proofErr w:type="spellStart"/>
      <w:r w:rsidR="00DA50AD">
        <w:rPr>
          <w:sz w:val="28"/>
          <w:szCs w:val="28"/>
        </w:rPr>
        <w:t>игрище</w:t>
      </w:r>
      <w:proofErr w:type="spellEnd"/>
      <w:r w:rsidR="00AA30C6">
        <w:rPr>
          <w:sz w:val="28"/>
          <w:szCs w:val="28"/>
        </w:rPr>
        <w:t xml:space="preserve"> </w:t>
      </w:r>
      <w:r w:rsidR="00AA30C6">
        <w:rPr>
          <w:sz w:val="28"/>
          <w:szCs w:val="28"/>
          <w:lang w:val="bg-BG"/>
        </w:rPr>
        <w:t>и отремонтиране на детска площадка в тревните площи</w:t>
      </w:r>
      <w:r w:rsidR="00AA30C6">
        <w:rPr>
          <w:sz w:val="28"/>
          <w:szCs w:val="28"/>
        </w:rPr>
        <w:t xml:space="preserve"> </w:t>
      </w:r>
      <w:proofErr w:type="spellStart"/>
      <w:r w:rsidR="00AA30C6">
        <w:rPr>
          <w:sz w:val="28"/>
          <w:szCs w:val="28"/>
        </w:rPr>
        <w:t>намиращи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зад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бл</w:t>
      </w:r>
      <w:proofErr w:type="spellEnd"/>
      <w:r w:rsidRPr="00EF5895">
        <w:rPr>
          <w:sz w:val="28"/>
          <w:szCs w:val="28"/>
        </w:rPr>
        <w:t>. 113.</w:t>
      </w:r>
    </w:p>
    <w:p w14:paraId="2ED04244" w14:textId="77777777" w:rsidR="00C85BD4" w:rsidRPr="00EF5895" w:rsidRDefault="001E0286" w:rsidP="009C7AAF">
      <w:pPr>
        <w:spacing w:after="80" w:line="240" w:lineRule="auto"/>
        <w:ind w:firstLine="720"/>
        <w:jc w:val="both"/>
        <w:rPr>
          <w:sz w:val="28"/>
          <w:szCs w:val="28"/>
        </w:rPr>
      </w:pPr>
      <w:proofErr w:type="spellStart"/>
      <w:r w:rsidRPr="00EF5895">
        <w:rPr>
          <w:sz w:val="28"/>
          <w:szCs w:val="28"/>
        </w:rPr>
        <w:t>Игрището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има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потенциал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отново</w:t>
      </w:r>
      <w:proofErr w:type="spellEnd"/>
      <w:r w:rsidRPr="00EF5895">
        <w:rPr>
          <w:sz w:val="28"/>
          <w:szCs w:val="28"/>
        </w:rPr>
        <w:t xml:space="preserve"> да се превърне в място за спорт, движение и свободно време на децата, младежите и останалите жители на квартала. По инициативата е организирана и подписка сред живущите в района, която прилагам към настоящото питане.</w:t>
      </w:r>
    </w:p>
    <w:p w14:paraId="068AF9D5" w14:textId="77777777" w:rsidR="00C85BD4" w:rsidRPr="00EF5895" w:rsidRDefault="001E0286" w:rsidP="009C7AAF">
      <w:pPr>
        <w:spacing w:after="8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 xml:space="preserve">В </w:t>
      </w:r>
      <w:proofErr w:type="spellStart"/>
      <w:r w:rsidRPr="00EF5895">
        <w:rPr>
          <w:sz w:val="28"/>
          <w:szCs w:val="28"/>
        </w:rPr>
        <w:t>тази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връзка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моля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да</w:t>
      </w:r>
      <w:proofErr w:type="spellEnd"/>
      <w:r w:rsidRPr="00EF5895">
        <w:rPr>
          <w:sz w:val="28"/>
          <w:szCs w:val="28"/>
        </w:rPr>
        <w:t xml:space="preserve"> бъда информиран:</w:t>
      </w:r>
    </w:p>
    <w:p w14:paraId="1C9F0CAA" w14:textId="77777777" w:rsidR="00C85BD4" w:rsidRPr="00EF5895" w:rsidRDefault="001E028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>1. Какъв е статутът на терена и има ли възможност съществуващото спортно игрище зад бл. 113 да бъде възстановено и благоустроено?</w:t>
      </w:r>
    </w:p>
    <w:p w14:paraId="1CB596A6" w14:textId="77777777" w:rsidR="00C85BD4" w:rsidRPr="00EF5895" w:rsidRDefault="001E028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>2. Възможно ли е да бъде извършен оглед на място от компетентните специалисти на Община Русе, при който да се установят състоянието на терена и необходимите дейности?</w:t>
      </w:r>
    </w:p>
    <w:p w14:paraId="7D611D51" w14:textId="77777777" w:rsidR="00C85BD4" w:rsidRPr="00EF5895" w:rsidRDefault="001E028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>3. Има ли изготвен проект или предходно техническо решение за този спортен терен и ако няма такова, възможно ли е да бъде възложено проектиране?</w:t>
      </w:r>
    </w:p>
    <w:p w14:paraId="11AEA36A" w14:textId="77777777" w:rsidR="00C85BD4" w:rsidRPr="00EF5895" w:rsidRDefault="00AA30C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1E0286" w:rsidRPr="00EF5895">
        <w:rPr>
          <w:sz w:val="28"/>
          <w:szCs w:val="28"/>
        </w:rPr>
        <w:t xml:space="preserve">Възможно </w:t>
      </w:r>
      <w:proofErr w:type="spellStart"/>
      <w:r w:rsidR="001E0286" w:rsidRPr="00EF5895">
        <w:rPr>
          <w:sz w:val="28"/>
          <w:szCs w:val="28"/>
        </w:rPr>
        <w:t>ли</w:t>
      </w:r>
      <w:proofErr w:type="spellEnd"/>
      <w:r w:rsidR="001E0286" w:rsidRPr="00EF5895">
        <w:rPr>
          <w:sz w:val="28"/>
          <w:szCs w:val="28"/>
        </w:rPr>
        <w:t xml:space="preserve"> е </w:t>
      </w:r>
      <w:proofErr w:type="spellStart"/>
      <w:r w:rsidR="001E0286" w:rsidRPr="00EF5895">
        <w:rPr>
          <w:sz w:val="28"/>
          <w:szCs w:val="28"/>
        </w:rPr>
        <w:t>при</w:t>
      </w:r>
      <w:proofErr w:type="spellEnd"/>
      <w:r w:rsidR="001E0286" w:rsidRPr="00EF5895">
        <w:rPr>
          <w:sz w:val="28"/>
          <w:szCs w:val="28"/>
        </w:rPr>
        <w:t xml:space="preserve"> </w:t>
      </w:r>
      <w:proofErr w:type="spellStart"/>
      <w:r w:rsidR="001E0286" w:rsidRPr="00EF5895">
        <w:rPr>
          <w:sz w:val="28"/>
          <w:szCs w:val="28"/>
        </w:rPr>
        <w:t>възстановяването</w:t>
      </w:r>
      <w:proofErr w:type="spellEnd"/>
      <w:r w:rsidR="001E0286" w:rsidRPr="00EF5895">
        <w:rPr>
          <w:sz w:val="28"/>
          <w:szCs w:val="28"/>
        </w:rPr>
        <w:t xml:space="preserve"> да бъдат обследвани необходимостите от спортна настилка, ограда и обезопасяване, футболни врати и/или баскетболни съоръжения, осветление, пейки, кошчета, почистване и благоустрояване на прилежащото пространство?</w:t>
      </w:r>
    </w:p>
    <w:p w14:paraId="73BFDE10" w14:textId="77777777" w:rsidR="00C85BD4" w:rsidRPr="00EF5895" w:rsidRDefault="001E028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>5. Каква би била ориентировъчната стойност за проектиране и възстановяване на спортното игрище и има ли възможност необходимите средства да бъдат предвидени в бюджета на Община Русе или осигурени чрез друга подходяща форма на финансиране?</w:t>
      </w:r>
    </w:p>
    <w:p w14:paraId="22B713BC" w14:textId="77777777" w:rsidR="000C5CE2" w:rsidRPr="00EF5895" w:rsidRDefault="001E0286" w:rsidP="009C7AAF">
      <w:pPr>
        <w:spacing w:after="60" w:line="240" w:lineRule="auto"/>
        <w:ind w:firstLine="720"/>
        <w:jc w:val="both"/>
        <w:rPr>
          <w:sz w:val="28"/>
          <w:szCs w:val="28"/>
        </w:rPr>
      </w:pPr>
      <w:r w:rsidRPr="00EF5895">
        <w:rPr>
          <w:sz w:val="28"/>
          <w:szCs w:val="28"/>
        </w:rPr>
        <w:t xml:space="preserve">6. В </w:t>
      </w:r>
      <w:proofErr w:type="spellStart"/>
      <w:r w:rsidRPr="00EF5895">
        <w:rPr>
          <w:sz w:val="28"/>
          <w:szCs w:val="28"/>
        </w:rPr>
        <w:t>какъв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ориентировъчен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срок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би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могло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да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се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пристъпи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към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проектиране</w:t>
      </w:r>
      <w:proofErr w:type="spellEnd"/>
      <w:r w:rsidRPr="00EF5895">
        <w:rPr>
          <w:sz w:val="28"/>
          <w:szCs w:val="28"/>
        </w:rPr>
        <w:t xml:space="preserve"> и </w:t>
      </w:r>
      <w:proofErr w:type="spellStart"/>
      <w:r w:rsidRPr="00EF5895">
        <w:rPr>
          <w:sz w:val="28"/>
          <w:szCs w:val="28"/>
        </w:rPr>
        <w:t>последващо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възстановяване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на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игрището</w:t>
      </w:r>
      <w:proofErr w:type="spellEnd"/>
      <w:r w:rsidRPr="00EF5895">
        <w:rPr>
          <w:sz w:val="28"/>
          <w:szCs w:val="28"/>
        </w:rPr>
        <w:t>?</w:t>
      </w:r>
    </w:p>
    <w:p w14:paraId="647CD9F4" w14:textId="77777777" w:rsidR="000C5CE2" w:rsidRDefault="000C5CE2">
      <w:pPr>
        <w:spacing w:after="60" w:line="240" w:lineRule="auto"/>
        <w:jc w:val="both"/>
      </w:pPr>
    </w:p>
    <w:p w14:paraId="24C24A7F" w14:textId="77777777" w:rsidR="000C5CE2" w:rsidRDefault="004767C8">
      <w:pPr>
        <w:spacing w:after="60" w:line="240" w:lineRule="auto"/>
        <w:jc w:val="both"/>
      </w:pPr>
      <w:r>
        <w:pict w14:anchorId="73153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252pt">
            <v:imagedata r:id="rId6" o:title="IMG_20261005_103611"/>
          </v:shape>
        </w:pict>
      </w:r>
    </w:p>
    <w:p w14:paraId="4CB0B058" w14:textId="77777777" w:rsidR="000C5CE2" w:rsidRDefault="004767C8">
      <w:pPr>
        <w:spacing w:after="60" w:line="240" w:lineRule="auto"/>
        <w:jc w:val="both"/>
      </w:pPr>
      <w:r>
        <w:pict w14:anchorId="0F0CE2C5">
          <v:shape id="_x0000_i1026" type="#_x0000_t75" style="width:498pt;height:249pt">
            <v:imagedata r:id="rId7" o:title="IMG_20261005_103541"/>
          </v:shape>
        </w:pict>
      </w:r>
    </w:p>
    <w:p w14:paraId="316A0160" w14:textId="77777777" w:rsidR="000C5CE2" w:rsidRDefault="004767C8">
      <w:pPr>
        <w:spacing w:after="60" w:line="240" w:lineRule="auto"/>
        <w:jc w:val="both"/>
      </w:pPr>
      <w:r>
        <w:lastRenderedPageBreak/>
        <w:pict w14:anchorId="7C645B6E">
          <v:shape id="_x0000_i1027" type="#_x0000_t75" style="width:498pt;height:224.25pt">
            <v:imagedata r:id="rId8" o:title="IMG_20261005_103554"/>
          </v:shape>
        </w:pict>
      </w:r>
    </w:p>
    <w:p w14:paraId="4AC39ECF" w14:textId="77777777" w:rsidR="000C5CE2" w:rsidRDefault="004767C8">
      <w:pPr>
        <w:spacing w:after="60" w:line="240" w:lineRule="auto"/>
        <w:jc w:val="both"/>
      </w:pPr>
      <w:r>
        <w:pict w14:anchorId="3114902F">
          <v:shape id="_x0000_i1028" type="#_x0000_t75" style="width:498pt;height:224.25pt">
            <v:imagedata r:id="rId9" o:title="IMG_20261005_103526"/>
          </v:shape>
        </w:pict>
      </w:r>
    </w:p>
    <w:p w14:paraId="4DB04A5C" w14:textId="77777777" w:rsidR="00C85BD4" w:rsidRPr="00EF5895" w:rsidRDefault="001E0286" w:rsidP="000C5CE2">
      <w:pPr>
        <w:spacing w:after="80" w:line="240" w:lineRule="auto"/>
        <w:ind w:firstLine="720"/>
        <w:jc w:val="both"/>
        <w:rPr>
          <w:sz w:val="28"/>
          <w:szCs w:val="28"/>
        </w:rPr>
      </w:pPr>
      <w:proofErr w:type="spellStart"/>
      <w:r w:rsidRPr="00EF5895">
        <w:rPr>
          <w:b/>
          <w:sz w:val="28"/>
          <w:szCs w:val="28"/>
        </w:rPr>
        <w:t>Моля</w:t>
      </w:r>
      <w:proofErr w:type="spellEnd"/>
      <w:r w:rsidRPr="00EF5895">
        <w:rPr>
          <w:b/>
          <w:sz w:val="28"/>
          <w:szCs w:val="28"/>
        </w:rPr>
        <w:t xml:space="preserve"> </w:t>
      </w:r>
      <w:proofErr w:type="spellStart"/>
      <w:r w:rsidRPr="00EF5895">
        <w:rPr>
          <w:b/>
          <w:sz w:val="28"/>
          <w:szCs w:val="28"/>
        </w:rPr>
        <w:t>при</w:t>
      </w:r>
      <w:proofErr w:type="spellEnd"/>
      <w:r w:rsidRPr="00EF5895">
        <w:rPr>
          <w:b/>
          <w:sz w:val="28"/>
          <w:szCs w:val="28"/>
        </w:rPr>
        <w:t xml:space="preserve"> </w:t>
      </w:r>
      <w:proofErr w:type="spellStart"/>
      <w:r w:rsidRPr="00EF5895">
        <w:rPr>
          <w:b/>
          <w:sz w:val="28"/>
          <w:szCs w:val="28"/>
        </w:rPr>
        <w:t>извършване</w:t>
      </w:r>
      <w:proofErr w:type="spellEnd"/>
      <w:r w:rsidRPr="00EF5895">
        <w:rPr>
          <w:b/>
          <w:sz w:val="28"/>
          <w:szCs w:val="28"/>
        </w:rPr>
        <w:t xml:space="preserve"> </w:t>
      </w:r>
      <w:proofErr w:type="spellStart"/>
      <w:r w:rsidRPr="00EF5895">
        <w:rPr>
          <w:b/>
          <w:sz w:val="28"/>
          <w:szCs w:val="28"/>
        </w:rPr>
        <w:t>на</w:t>
      </w:r>
      <w:proofErr w:type="spellEnd"/>
      <w:r w:rsidRPr="00EF5895">
        <w:rPr>
          <w:b/>
          <w:sz w:val="28"/>
          <w:szCs w:val="28"/>
        </w:rPr>
        <w:t xml:space="preserve"> оглед на място да бъда предварително уведомен за датата и часа, за да имам възможност да присъствам заедно с представители на живущите в района.</w:t>
      </w:r>
    </w:p>
    <w:p w14:paraId="7F21791E" w14:textId="77777777" w:rsidR="00C85BD4" w:rsidRPr="00EF5895" w:rsidRDefault="001E0286" w:rsidP="000C5CE2">
      <w:pPr>
        <w:spacing w:after="80" w:line="240" w:lineRule="auto"/>
        <w:ind w:firstLine="720"/>
        <w:jc w:val="both"/>
        <w:rPr>
          <w:sz w:val="28"/>
          <w:szCs w:val="28"/>
        </w:rPr>
      </w:pPr>
      <w:proofErr w:type="spellStart"/>
      <w:r w:rsidRPr="00EF5895">
        <w:rPr>
          <w:sz w:val="28"/>
          <w:szCs w:val="28"/>
        </w:rPr>
        <w:t>Моля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да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получа</w:t>
      </w:r>
      <w:proofErr w:type="spellEnd"/>
      <w:r w:rsidRPr="00EF5895">
        <w:rPr>
          <w:sz w:val="28"/>
          <w:szCs w:val="28"/>
        </w:rPr>
        <w:t xml:space="preserve"> </w:t>
      </w:r>
      <w:proofErr w:type="spellStart"/>
      <w:r w:rsidRPr="00EF5895">
        <w:rPr>
          <w:sz w:val="28"/>
          <w:szCs w:val="28"/>
        </w:rPr>
        <w:t>писмен</w:t>
      </w:r>
      <w:proofErr w:type="spellEnd"/>
      <w:r w:rsidRPr="00EF5895">
        <w:rPr>
          <w:sz w:val="28"/>
          <w:szCs w:val="28"/>
        </w:rPr>
        <w:t xml:space="preserve"> отговор относно резултатите от извършения оглед, собствеността и статута на терена, необходимите дейности, възможностите за финансиране и последващите действия от страна на Община Русе.</w:t>
      </w:r>
    </w:p>
    <w:p w14:paraId="423081F6" w14:textId="77777777" w:rsidR="003E1409" w:rsidRDefault="003E1409" w:rsidP="00EF5895">
      <w:pPr>
        <w:ind w:firstLine="720"/>
        <w:jc w:val="both"/>
        <w:rPr>
          <w:sz w:val="28"/>
          <w:szCs w:val="28"/>
        </w:rPr>
      </w:pPr>
      <w:proofErr w:type="spellStart"/>
      <w:r w:rsidRPr="00EF5895">
        <w:rPr>
          <w:color w:val="000000"/>
          <w:sz w:val="28"/>
          <w:szCs w:val="28"/>
        </w:rPr>
        <w:t>Предвид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гореизложеното</w:t>
      </w:r>
      <w:proofErr w:type="spellEnd"/>
      <w:r w:rsidRPr="00EF5895">
        <w:rPr>
          <w:color w:val="000000"/>
          <w:sz w:val="28"/>
          <w:szCs w:val="28"/>
        </w:rPr>
        <w:t xml:space="preserve">, </w:t>
      </w:r>
      <w:proofErr w:type="spellStart"/>
      <w:r w:rsidRPr="00EF5895">
        <w:rPr>
          <w:color w:val="000000"/>
          <w:sz w:val="28"/>
          <w:szCs w:val="28"/>
        </w:rPr>
        <w:t>прилагам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подписка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от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гражданите</w:t>
      </w:r>
      <w:proofErr w:type="spellEnd"/>
      <w:r w:rsidRPr="00EF5895">
        <w:rPr>
          <w:color w:val="000000"/>
          <w:sz w:val="28"/>
          <w:szCs w:val="28"/>
        </w:rPr>
        <w:t xml:space="preserve"> и </w:t>
      </w:r>
      <w:proofErr w:type="spellStart"/>
      <w:r w:rsidRPr="00EF5895">
        <w:rPr>
          <w:color w:val="000000"/>
          <w:sz w:val="28"/>
          <w:szCs w:val="28"/>
        </w:rPr>
        <w:t>желая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да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получа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писмен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отговор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на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сесията</w:t>
      </w:r>
      <w:proofErr w:type="spellEnd"/>
      <w:r w:rsidRPr="00EF5895">
        <w:rPr>
          <w:color w:val="000000"/>
          <w:sz w:val="28"/>
          <w:szCs w:val="28"/>
        </w:rPr>
        <w:t xml:space="preserve">, </w:t>
      </w:r>
      <w:proofErr w:type="spellStart"/>
      <w:r w:rsidRPr="00EF5895">
        <w:rPr>
          <w:color w:val="000000"/>
          <w:sz w:val="28"/>
          <w:szCs w:val="28"/>
        </w:rPr>
        <w:t>която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ще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се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проведе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през</w:t>
      </w:r>
      <w:proofErr w:type="spellEnd"/>
      <w:r w:rsidRPr="00EF5895">
        <w:rPr>
          <w:color w:val="000000"/>
          <w:sz w:val="28"/>
          <w:szCs w:val="28"/>
        </w:rPr>
        <w:t xml:space="preserve"> </w:t>
      </w:r>
      <w:proofErr w:type="spellStart"/>
      <w:r w:rsidRPr="00EF5895">
        <w:rPr>
          <w:color w:val="000000"/>
          <w:sz w:val="28"/>
          <w:szCs w:val="28"/>
        </w:rPr>
        <w:t>месец</w:t>
      </w:r>
      <w:proofErr w:type="spellEnd"/>
      <w:r w:rsidRPr="00EF5895">
        <w:rPr>
          <w:sz w:val="28"/>
          <w:szCs w:val="28"/>
        </w:rPr>
        <w:t xml:space="preserve"> 29.10.2026 г.</w:t>
      </w:r>
    </w:p>
    <w:p w14:paraId="59F6A331" w14:textId="77777777" w:rsidR="00733A2F" w:rsidRDefault="00733A2F" w:rsidP="00EF5895">
      <w:pPr>
        <w:ind w:firstLine="720"/>
        <w:jc w:val="both"/>
        <w:rPr>
          <w:sz w:val="28"/>
          <w:szCs w:val="28"/>
        </w:rPr>
      </w:pPr>
    </w:p>
    <w:p w14:paraId="65DF6D0F" w14:textId="77777777" w:rsidR="003E1409" w:rsidRDefault="003E1409" w:rsidP="003E1409">
      <w:pPr>
        <w:rPr>
          <w:sz w:val="28"/>
          <w:szCs w:val="28"/>
        </w:rPr>
      </w:pPr>
      <w:r>
        <w:rPr>
          <w:sz w:val="28"/>
          <w:szCs w:val="28"/>
        </w:rPr>
        <w:t xml:space="preserve">30.09.2026 г.                                           С </w:t>
      </w:r>
      <w:proofErr w:type="spellStart"/>
      <w:r>
        <w:rPr>
          <w:sz w:val="28"/>
          <w:szCs w:val="28"/>
        </w:rPr>
        <w:t>уважение</w:t>
      </w:r>
      <w:proofErr w:type="spellEnd"/>
      <w:r>
        <w:rPr>
          <w:sz w:val="28"/>
          <w:szCs w:val="28"/>
        </w:rPr>
        <w:t>:</w:t>
      </w:r>
    </w:p>
    <w:p w14:paraId="4767C59F" w14:textId="77777777" w:rsidR="001E0286" w:rsidRPr="00C47BA7" w:rsidRDefault="003E14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/</w:t>
      </w:r>
      <w:proofErr w:type="spellStart"/>
      <w:r>
        <w:rPr>
          <w:sz w:val="28"/>
          <w:szCs w:val="28"/>
        </w:rPr>
        <w:t>Светлозар</w:t>
      </w:r>
      <w:proofErr w:type="spellEnd"/>
      <w:r>
        <w:rPr>
          <w:sz w:val="28"/>
          <w:szCs w:val="28"/>
        </w:rPr>
        <w:t xml:space="preserve"> Симеонов/</w:t>
      </w:r>
    </w:p>
    <w:sectPr w:rsidR="001E0286" w:rsidRPr="00C47BA7" w:rsidSect="00034616"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8954683">
    <w:abstractNumId w:val="8"/>
  </w:num>
  <w:num w:numId="2" w16cid:durableId="1337270007">
    <w:abstractNumId w:val="6"/>
  </w:num>
  <w:num w:numId="3" w16cid:durableId="2065373280">
    <w:abstractNumId w:val="5"/>
  </w:num>
  <w:num w:numId="4" w16cid:durableId="2131822402">
    <w:abstractNumId w:val="4"/>
  </w:num>
  <w:num w:numId="5" w16cid:durableId="1956401638">
    <w:abstractNumId w:val="7"/>
  </w:num>
  <w:num w:numId="6" w16cid:durableId="1812867464">
    <w:abstractNumId w:val="3"/>
  </w:num>
  <w:num w:numId="7" w16cid:durableId="1861508709">
    <w:abstractNumId w:val="2"/>
  </w:num>
  <w:num w:numId="8" w16cid:durableId="1169827368">
    <w:abstractNumId w:val="1"/>
  </w:num>
  <w:num w:numId="9" w16cid:durableId="13934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CE2"/>
    <w:rsid w:val="0015074B"/>
    <w:rsid w:val="001E0286"/>
    <w:rsid w:val="0029639D"/>
    <w:rsid w:val="00326F90"/>
    <w:rsid w:val="003E1409"/>
    <w:rsid w:val="004767C8"/>
    <w:rsid w:val="004E0DC1"/>
    <w:rsid w:val="00733A2F"/>
    <w:rsid w:val="00950B27"/>
    <w:rsid w:val="009C7AAF"/>
    <w:rsid w:val="009E6949"/>
    <w:rsid w:val="00AA1D8D"/>
    <w:rsid w:val="00AA30C6"/>
    <w:rsid w:val="00B47730"/>
    <w:rsid w:val="00BB7E0E"/>
    <w:rsid w:val="00C47BA7"/>
    <w:rsid w:val="00C85BD4"/>
    <w:rsid w:val="00CB0664"/>
    <w:rsid w:val="00DA50AD"/>
    <w:rsid w:val="00DC2579"/>
    <w:rsid w:val="00E177D0"/>
    <w:rsid w:val="00EF58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E8FDC"/>
  <w14:defaultImageDpi w14:val="300"/>
  <w15:docId w15:val="{8B776820-9972-4AE8-B1EE-0C687782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8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8B8CE0-3D14-4C32-9455-3454EF09D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p.hristova</cp:lastModifiedBy>
  <cp:revision>2</cp:revision>
  <cp:lastPrinted>2026-10-06T05:42:00Z</cp:lastPrinted>
  <dcterms:created xsi:type="dcterms:W3CDTF">2026-10-06T05:43:00Z</dcterms:created>
  <dcterms:modified xsi:type="dcterms:W3CDTF">2026-10-06T05:43:00Z</dcterms:modified>
  <cp:category/>
</cp:coreProperties>
</file>